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🌾 חג הסיגד · תיכון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מנהיגות של חזון משותף – מנהיגות של חזון משותף: הקס מוביל בזכות "הידע והאמון", משתף את כולם, ומחזיק תמונה אחת – ירושלים – "היעד המשותף". מנהיגותו נמדדת "בכמה אנשים המשיכו לקוות, דור אחר דור".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נאמר על סמכותו של הקס לגבות מסים ולהטיל עונשים, ומה ניתן להסיק? ← שלא הייתה לו סמכות כזאת – כוחו נבע מידע ומאמון (שולל: מנהיגות כוחנית)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המשפט הראשון שולל שני סוגי מנהיגים. מה משמעות הדבר? ← שבראש הקהילה לא עמדו בעלי הון או מפקדים (שולל: מנהיגות כלכלית)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מדוע חשוב שהקס תרגם לאמהרית ושהקהילה "כולה עלתה... יחד"? ← כי המנהיגות שיתפה את כולם, ולא העמידה אדם אחד במרכז להערצה (שולל: מנהיגות של כוכב יחיד)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רבדים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תשובה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זהות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כיסופים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ניתוח מעולה: חג אחד – ארבעה רבדים. כשהם נפגשים, נוצר חוסן.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חוסן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ספריית הרבדים: רובד דתי ↔ צום, תשובה ובקשת סליחה · רובד מסורתי ↔ זכר לחידוש הברית · רובד קהילתי ↔ זהות ולכידות · רובד רגשי ↔ כיסופים לירושלים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כיכר המנהיגים: סמכות הקס נשענה על אמון ותקווה, לא על כוח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גשר המושגים: חוסן קהילתי ↔ יכולת של קהילה להתמודד ולהתאושש יחד · חזון משותף ↔ תמונת עתיד שכולם שותפים לה · לכידות ↔ קשר ושייכות בין חברי הקהילה → 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מצפה ירושלים: כי הם יצרו יעד משותף שחיבר דורות סביב תקווה → 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לדעתי, הסיגד הוא חג שכל החברה בישראל יכולה ללמוד ממנו.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זאת משום שהוא מציב במרכז ענווה, חשבון נפש וחזון משותף.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למשל, כיתה שעוצרת פעם בשנה כדי לבקש סליחה ולהציב מטרה משותפת – מתחזקת.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לכן, כדאי לציין את הסיגד גם מחוץ לקהילה.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סיבה: משום שהקהילה חיה דורות כמיעוט · בגלל שרוב הקהל לא הבין געז · מאחר שהחג חל אחרי יום הכיפורים · עקב העלייה לישראל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תוצאה: ולכן העלייה המשותפת להר חיזקה את הזהות · לפיכך תרגמו הקסים לאמהרית · כתוצאה מכך הוא יום של חשבון נפש · הכיסופים הפכו לתפילה מול העיר עצמה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עובדה: הסיגד חל בכ״ט בחשון · הקסים קוראים מן האורית בגעז · היום חוגגים את הסיגד בטיילת בירושלים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פרשנות: ההר מסמל את הר סיני · מנהיגות הקסים נמדדה בתקווה שעוררה · הכיסופים היו מקור לחוסן קהילתי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מה, לדעתכם, תגיב יו״ר המועצה, נוי? ← תציע לבנות את האירוע כמו החג עצמו: משקט אל שמחה. ההמשך: נוי מציעה מבנה כפול: "נתחיל ברגע של שקט וחשבון נפש, ורק אחר כך נשמח יחד – כמו שהחג עצמו עובר מצום לסעודה."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תציע המועצה? ← להזמין תלמידים מהקהילה לתכנן יחד, כשותפים. ההמשך: המועצה מזמינה את אביגיל ואת חבריה לצוות התכנון. "כך זה יהיה שלנו, לא עלינו," היא אומרת.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יבחרו? ← את הגג – הנקודה הגבוהה בבית הספר. ההמשך: הם בוחרים בגג: "כמו ההר – מקום גבוה, שממנו רואים רחוק." משם נראה קו האופק.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מה, לדעתכם, יכתבו? ← חלום משותף שהם רוצים לשמור עליו כקבוצה. ההמשך: הפתקים נתלים על קיר אחד: "שנדבר בכבוד", "שאף אחד לא יישאר לבד". אביגיל קוראת ואומרת: "זה הסיגד – חזון שמחזיק אותנו יחד."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ניצחון – ניצחון מופנה כלפי אחרים; השאר – עבודה פנימית של אדם מול עצמו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אמהרית – אמהרית היא שפה חיה ומדוברת; השאר – שפות עתיקות של כתבים ותפילה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נוסטלגיה – נוסטלגיה מופנית אל עבר שהיה; השאר – אל עתיד שמקווים 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למרות זאת – למרות זאת מציינת ניגוד; השאר – 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מצעד של הפגנת כוח – בסיגד המוקד הוא ענווה ורוח; מצעד מבטא כוח ושליטה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הטקס הדתי שימש גם כמנגנון של חוסן קהילתי · 2) תוצאה וסיבה – הכיסופים מסבירים את השימור · 3) כי שמרו על חזון ותקווה לאורך דורות · 4) הראשון מתאר משמעות דתית־מוסרית, השני משמעות חברתית · 5) הטקס חיבר בין מחויבות ערכית לבין לכידות קהילתית · 6) מסמן מסקנה וסיכום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אולם · (2) למרות · (3) הגורם · (4) בזכות · (5) לפיכך · (6) בדומה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נשא → נשאו · שלושה שעות → שלוש שעות · ולכן → אולם · אך → לכן · הבית מקדש → בית המקדש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חזון משותף – "חזון משותף" 🌄. כולם עומדים יחד, מביטים לאותו כיוון – "בתקווה משותפת".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כתוב מתחת לציור? ← "לא בכוח. בתקווה משותפת" (שולל: ניצחון בכוח)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עומדים האנשים על ההר? ← יחד, ומסתכלים לאותו כיוון (שולל: כל אחד לבד)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חוסן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🌟 אמון + חזון = חוסן. כל הכבוד!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אמון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תחילת הדרך: על אמון 🤝 → 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אמצע העלייה: יעצור ויזכיר את החזון 🌄 → 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הפסגה: את האורית 📜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המבט צפונה: ירושלים ❤️ → 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טענה: הסיגד מלמד על מנהיגות.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נימוק: הקסים מובילים באמון.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דוגמה: הם עוצרים ומעודדים את העייפים.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סיכום: מנהיג טוב בונה חוסן.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מחזק 💪: חזון משותף 🌄 · הקשבה 👂 · אמון 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מחליש 📉: כל אחד לעצמו 🧍 · צעקות 📢 · ויתור על החלום 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יעשה הקס? ← יעצור, יקשיב ויזכיר את החזון 🌄. ההמשך: הקס עוצר. הוא מקשיב. הוא אומר: "אנחנו עולים יחד." כולם ממשיכים.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יעשה הקס? ← יתרגם לאמהרית 🗣️. ההמשך: הקס מתרגם לאמהרית. עכשיו כולם מבינים ושותפים.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קרה לחלום? ← החלום התגשם – והחג נשמר. ההמשך: החלום התגשם. ועדיין חוגגים, מתפללים וזוכרים יחד.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⚔️ איום – איום מפחיד ולא מחבר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🎆 זיקוקים – זיקוקים לא שייכים לסיגד המסורתי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🛋️ ספה – ספה בבית; השאר קשורים לסיגד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על ידע ואמון 🧠 · 2) חיבר בין אנשים 🤝 · 3) מסכם ומסיק 📌 · 4) כשמבינים, מרגישים שייכים 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וגם · (2) כי · (3)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הוביל → הובילו · לכן → אבל · שלושה שעות → שלוש שעות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אנה – אנה! היא "הגיעה מוקדם, ועלתה ישר לטיילת". התמונה צולמה בשמונה בבוקר, מלמעלה.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מתי צילמו את התמונה, ומי עוד לא היה שם? ← בשמונה בבוקר – רות עוד לא הגיעה (שולל: רות)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תומאס לא יכול לצלם? ← כי אין לו טלפון (שולל: תומאס)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איפה היה ויקטור בבוקר? ← למטה ברחוב, ליד האוטובוסים (שולל: ויקטור)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מנהיגות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סמכו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מוסר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חזון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מצוין! מנהיג טוב מוביל באמון ובחזון.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תקוות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התחנה המרכזית: מנהיגות ↔ להוביל אנשים · מוסר ↔ איך להתנהג נכון · חזון ↔ תמונה של עתיד טוב → 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הרחוב: כי אנשים סמכו עליהם → 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הגן: אנה ↔ צילמה מהטיילת · ויקטור ↔ עזר לנהג · רות ↔ הגיעה בצהריים · תומאס ↔ הטלפון שלו נשבר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המדרגות: לאמהרית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הטיילת: על מוסר ועל אחדות → 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אנה קמה מוקדם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אנה נוסעת לירושלים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אנה עולה לטיילת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אנה מצלמת את העיר העתיקה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כן – מנהיג של חזון: מקשיב לכולם · מזכיר את המטרה המשותפת · מסביר בשפה שכולם מבינים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 – זה לא מנהיג של חזון: מאיים בעונש · דואג רק לעצמו · משתמש בכוח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שם עצם: חזון · מוסר · טיילת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פועל: סמכו · תרגמו · צילמה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האישה מרגישה? ← התרגשות וגעגועים. ההמשך: האישה אומרת: "באתיופיה רק חלמנו על המקום הזה." יש דמעות בעיניים שלה.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האישה תענה? ← כי ההר מזכיר את הר סיני. ההמשך: האישה מסבירה: "ההר מזכיר את הר סיני. ומלמעלה רואים רחוק."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האישה תגיד? ← "געגועים הם חלק מהדרך. הם נותנים כוח". ההמשך: האישה מחייכת: "געגועים הם חלק מהדרך. הם נותנים כוח לבנות בית חדש."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צבא – צבא זה כוח; השאר – הדרך של הקסים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ירושלים – ירושלים עיר; השאר שפות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טלפון – טלפון הוא שם עצם; השאר פעלים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שכחה – שכחה = לא זוכרים; השאר שומרים את ירושלים בלב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הקסים שיתפו את כולם · 2) תוצאה של התרגום · 3) מסמנת מסקנה · 4) שניהם מסבירים מה חיזק את הקהילה · 5) הוא דואג שכולם יבינו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וגם · (2) כי · (3) אבל · (4)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קרא → קראו · אבל → כי · לכן → אבל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מועד: כ״ט בחשון, 50 יום אחרי יום הכיפורים – לבדוק את התאריך הלועזי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לחידוש הברית בימי עזרא ונחמיה מוצג כמסורת – לוודא ניסוח.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סמכות הקסים: הטקסט מתאר מנהיגות רוחנית ללא כוח כפייה – תיאור כללי, לוודא שאין בו הכללה.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"החג נעשה חלק מלוח השנה הישראלי" / חג של כל מדינת ישראל – לוודא ניסוח.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האורית: כתבי הקודש של הקהילה בגעז – לוודא ניסוח.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(אנגלית, רוסית, ערבית) – בדיקת דוברים.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בתשפ״ז: כ״ט בחשון = 9.11.2026 (חישוב)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הסיגד כחג רשמי בישראל (נקבע בחוק, 2008)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אופן בחירת הקסים (ידע ואורח חיים, לא ירושה בלבד) – לוודא נוסח.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משך הצום ביום החג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האורית: כתבי הקודש בגעז, הכוללים את התורה וספרים נוספים – לוודא נוסח.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🌾 חג הסיגד · תיכון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