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חג הסיגד · חט״ב – עולים חדשים · חוברת תלמיד</w:t>
      </w:r>
    </w:p>
    <w:p>
      <w:pPr>
        <w:bidi/>
        <w:jc w:val="right"/>
      </w:pPr>
      <w:r>
        <w:rPr>
          <w:rFonts w:ascii="Arial" w:hAnsi="Arial" w:cs="Arial"/>
          <w:sz w:val="24"/>
          <w:rtl/>
          <w:szCs w:val="24"/>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מי כתב את ההזמנה?</w:t>
      </w:r>
    </w:p>
    <w:p>
      <w:pPr>
        <w:bidi/>
        <w:jc w:val="right"/>
      </w:pPr>
      <w:r>
        <w:rPr>
          <w:rFonts w:ascii="Arial" w:hAnsi="Arial" w:cs="Arial"/>
          <w:color w:val="555577"/>
          <w:sz w:val="24"/>
          <w:rtl/>
          <w:szCs w:val="24"/>
        </w:rPr>
        <w:t>התיק: מי שם את הפתק בתיק של דניאל?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דניאל עלה מצרפת. הוא בכיתה ט׳ רק חודשיים. בבוקר הוא מוצא פתק בתיק: "מחר סיגד. בוא איתנו לטיילת בירושלים! האוטובוס יוצא בשבע." מי כתב? שלושה תלמידים יודעים על הנסיעה. רחל אומרת: "אני לא נוסעת מחר. אני עם המשפחה בצפון." יונתן כותב רק באנגלית, כי הוא עוד לומד עברית. מאיה נוסעת לחגיגה בירושלים כל שנה. היא אוהבת להזמין חברים חדשים.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החשוד/ה</w:t>
            </w:r>
          </w:p>
        </w:tc>
        <w:tc>
          <w:tcPr>
            <w:tcW w:type="dxa" w:w="2606"/>
            <w:shd w:val="clear" w:fill="E5DBFF"/>
          </w:tcPr>
          <w:p>
            <w:pPr>
              <w:bidi/>
              <w:jc w:val="right"/>
            </w:pPr>
            <w:r>
              <w:rPr>
                <w:rFonts w:ascii="Arial" w:hAnsi="Arial" w:cs="Arial"/>
                <w:b/>
                <w:sz w:val="22"/>
                <w:rtl/>
                <w:szCs w:val="22"/>
                <w:bCs/>
              </w:rPr>
              <w:t>תיאור</w:t>
            </w:r>
          </w:p>
        </w:tc>
        <w:tc>
          <w:tcPr>
            <w:tcW w:type="dxa" w:w="2606"/>
            <w:shd w:val="clear" w:fill="E5DBFF"/>
          </w:tcPr>
          <w:p>
            <w:pPr>
              <w:bidi/>
              <w:jc w:val="right"/>
            </w:pPr>
            <w:r>
              <w:rPr>
                <w:rFonts w:ascii="Arial" w:hAnsi="Arial" w:cs="Arial"/>
                <w:b/>
                <w:sz w:val="22"/>
                <w:rtl/>
                <w:szCs w:val="22"/>
                <w:bCs/>
              </w:rPr>
              <w:t>נשלל/ה? ✖</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רחל</w:t>
            </w:r>
          </w:p>
        </w:tc>
        <w:tc>
          <w:tcPr>
            <w:tcW w:type="dxa" w:w="2606"/>
          </w:tcPr>
          <w:p>
            <w:pPr>
              <w:bidi/>
              <w:jc w:val="right"/>
            </w:pPr>
            <w:r>
              <w:rPr>
                <w:rFonts w:ascii="Arial" w:hAnsi="Arial" w:cs="Arial"/>
                <w:sz w:val="22"/>
                <w:rtl/>
                <w:szCs w:val="22"/>
              </w:rPr>
              <w:t>נוסעת לצפון</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יונתן</w:t>
            </w:r>
          </w:p>
        </w:tc>
        <w:tc>
          <w:tcPr>
            <w:tcW w:type="dxa" w:w="2606"/>
          </w:tcPr>
          <w:p>
            <w:pPr>
              <w:bidi/>
              <w:jc w:val="right"/>
            </w:pPr>
            <w:r>
              <w:rPr>
                <w:rFonts w:ascii="Arial" w:hAnsi="Arial" w:cs="Arial"/>
                <w:sz w:val="22"/>
                <w:rtl/>
                <w:szCs w:val="22"/>
              </w:rPr>
              <w:t>לומד עברית</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מאיה</w:t>
            </w:r>
          </w:p>
        </w:tc>
        <w:tc>
          <w:tcPr>
            <w:tcW w:type="dxa" w:w="2606"/>
          </w:tcPr>
          <w:p>
            <w:pPr>
              <w:bidi/>
              <w:jc w:val="right"/>
            </w:pPr>
            <w:r>
              <w:rPr>
                <w:rFonts w:ascii="Arial" w:hAnsi="Arial" w:cs="Arial"/>
                <w:sz w:val="22"/>
                <w:rtl/>
                <w:szCs w:val="22"/>
              </w:rPr>
              <w:t>אוהבת טיולים</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b/>
          <w:sz w:val="24"/>
          <w:rtl/>
          <w:szCs w:val="24"/>
          <w:bCs/>
        </w:rPr>
        <w:t>1. בפתק כתוב "בוא איתנו". מי לא נוסעת מחר?</w:t>
      </w:r>
    </w:p>
    <w:p>
      <w:pPr>
        <w:bidi/>
        <w:jc w:val="right"/>
      </w:pPr>
      <w:r>
        <w:rPr>
          <w:rFonts w:ascii="Arial" w:hAnsi="Arial" w:cs="Arial"/>
          <w:sz w:val="24"/>
          <w:rtl/>
          <w:szCs w:val="24"/>
        </w:rPr>
        <w:t xml:space="preserve">   ◯ א. מאיה</w:t>
      </w:r>
    </w:p>
    <w:p>
      <w:pPr>
        <w:bidi/>
        <w:jc w:val="right"/>
      </w:pPr>
      <w:r>
        <w:rPr>
          <w:rFonts w:ascii="Arial" w:hAnsi="Arial" w:cs="Arial"/>
          <w:sz w:val="24"/>
          <w:rtl/>
          <w:szCs w:val="24"/>
        </w:rPr>
        <w:t xml:space="preserve">   ◯ ב. רחל</w:t>
      </w:r>
    </w:p>
    <w:p>
      <w:pPr>
        <w:bidi/>
        <w:jc w:val="right"/>
      </w:pPr>
      <w:r>
        <w:rPr>
          <w:rFonts w:ascii="Arial" w:hAnsi="Arial" w:cs="Arial"/>
          <w:sz w:val="24"/>
          <w:rtl/>
          <w:szCs w:val="24"/>
        </w:rPr>
        <w:t xml:space="preserve">   ◯ ג. דניאל</w:t>
      </w:r>
    </w:p>
    <w:p>
      <w:pPr>
        <w:bidi/>
        <w:jc w:val="right"/>
      </w:pPr>
      <w:r>
        <w:rPr>
          <w:rFonts w:ascii="Arial" w:hAnsi="Arial" w:cs="Arial"/>
          <w:b/>
          <w:sz w:val="24"/>
          <w:rtl/>
          <w:szCs w:val="24"/>
          <w:bCs/>
        </w:rPr>
        <w:t>2. באיזו שפה כתוב הפתק?</w:t>
      </w:r>
    </w:p>
    <w:p>
      <w:pPr>
        <w:bidi/>
        <w:jc w:val="right"/>
      </w:pPr>
      <w:r>
        <w:rPr>
          <w:rFonts w:ascii="Arial" w:hAnsi="Arial" w:cs="Arial"/>
          <w:sz w:val="24"/>
          <w:rtl/>
          <w:szCs w:val="24"/>
        </w:rPr>
        <w:t xml:space="preserve">   ◯ א. באנגלית</w:t>
      </w:r>
    </w:p>
    <w:p>
      <w:pPr>
        <w:bidi/>
        <w:jc w:val="right"/>
      </w:pPr>
      <w:r>
        <w:rPr>
          <w:rFonts w:ascii="Arial" w:hAnsi="Arial" w:cs="Arial"/>
          <w:sz w:val="24"/>
          <w:rtl/>
          <w:szCs w:val="24"/>
        </w:rPr>
        <w:t xml:space="preserve">   ◯ ב. בצרפתית</w:t>
      </w:r>
    </w:p>
    <w:p>
      <w:pPr>
        <w:bidi/>
        <w:jc w:val="right"/>
      </w:pPr>
      <w:r>
        <w:rPr>
          <w:rFonts w:ascii="Arial" w:hAnsi="Arial" w:cs="Arial"/>
          <w:sz w:val="24"/>
          <w:rtl/>
          <w:szCs w:val="24"/>
        </w:rPr>
        <w:t xml:space="preserve">   ◯ ג. בעברית</w:t>
      </w:r>
    </w:p>
    <w:p>
      <w:pPr>
        <w:bidi/>
        <w:jc w:val="right"/>
      </w:pPr>
      <w:r>
        <w:rPr>
          <w:rFonts w:ascii="Arial" w:hAnsi="Arial" w:cs="Arial"/>
          <w:b/>
          <w:sz w:val="24"/>
          <w:rtl/>
          <w:szCs w:val="24"/>
          <w:bCs/>
        </w:rPr>
        <w:t>3. מה מאיה אוהבת לעשות?</w:t>
      </w:r>
    </w:p>
    <w:p>
      <w:pPr>
        <w:bidi/>
        <w:jc w:val="right"/>
      </w:pPr>
      <w:r>
        <w:rPr>
          <w:rFonts w:ascii="Arial" w:hAnsi="Arial" w:cs="Arial"/>
          <w:sz w:val="24"/>
          <w:rtl/>
          <w:szCs w:val="24"/>
        </w:rPr>
        <w:t xml:space="preserve">   ◯ א. להזמין חברים חדשים</w:t>
      </w:r>
    </w:p>
    <w:p>
      <w:pPr>
        <w:bidi/>
        <w:jc w:val="right"/>
      </w:pPr>
      <w:r>
        <w:rPr>
          <w:rFonts w:ascii="Arial" w:hAnsi="Arial" w:cs="Arial"/>
          <w:sz w:val="24"/>
          <w:rtl/>
          <w:szCs w:val="24"/>
        </w:rPr>
        <w:t xml:space="preserve">   ◯ ב. לישון עד מאוחר</w:t>
      </w:r>
    </w:p>
    <w:p>
      <w:pPr>
        <w:bidi/>
        <w:jc w:val="right"/>
      </w:pPr>
      <w:r>
        <w:rPr>
          <w:rFonts w:ascii="Arial" w:hAnsi="Arial" w:cs="Arial"/>
          <w:sz w:val="24"/>
          <w:rtl/>
          <w:szCs w:val="24"/>
        </w:rPr>
        <w:t xml:space="preserve">   ◯ ג. לנסוע לבד</w:t>
      </w:r>
    </w:p>
    <w:p>
      <w:pPr>
        <w:bidi/>
        <w:jc w:val="right"/>
      </w:pPr>
      <w:r>
        <w:rPr>
          <w:rFonts w:ascii="Arial" w:hAnsi="Arial" w:cs="Arial"/>
          <w:sz w:val="24"/>
          <w:rtl/>
          <w:szCs w:val="24"/>
        </w:rPr>
        <w:t>האשם/ה הוא/היא: ______________________ . הוכחה מהטקסט: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 צופן החג</w:t>
      </w:r>
    </w:p>
    <w:p>
      <w:pPr>
        <w:bidi/>
        <w:jc w:val="right"/>
      </w:pPr>
      <w:r>
        <w:rPr>
          <w:rFonts w:ascii="Arial" w:hAnsi="Arial" w:cs="Arial"/>
          <w:b/>
          <w:color w:val="6A3FD4"/>
          <w:sz w:val="26"/>
          <w:rtl/>
          <w:szCs w:val="26"/>
          <w:bCs/>
        </w:rPr>
        <w:t>▌ הקטע</w:t>
      </w:r>
    </w:p>
    <w:p>
      <w:pPr>
        <w:bidi/>
        <w:jc w:val="right"/>
      </w:pPr>
      <w:r>
        <w:rPr>
          <w:rFonts w:ascii="Arial" w:hAnsi="Arial" w:cs="Arial"/>
          <w:sz w:val="24"/>
          <w:rtl/>
          <w:szCs w:val="24"/>
        </w:rPr>
        <w:t>הסיגד הוא חג של יהודי אתיופיה. השם סיגד אומר השתחוות. החג חמישים יום אחרי יום הכיפורים. באתיופיה הקהילה עלתה להר גבוה. הקסים קראו מן האורית. כולם צמו עד הצהריים. כולם התפללו לכיוון ירושלים. היום חוגגים את החג בטיילת בירושלים. כל אחד יכול לבוא.</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w:t>
            </w:r>
          </w:p>
        </w:tc>
        <w:tc>
          <w:tcPr>
            <w:tcW w:type="dxa" w:w="2606"/>
            <w:shd w:val="clear" w:fill="E5DBFF"/>
          </w:tcPr>
          <w:p>
            <w:pPr>
              <w:bidi/>
              <w:jc w:val="right"/>
            </w:pPr>
            <w:r>
              <w:rPr>
                <w:rFonts w:ascii="Arial" w:hAnsi="Arial" w:cs="Arial"/>
                <w:b/>
                <w:sz w:val="22"/>
                <w:rtl/>
                <w:szCs w:val="22"/>
                <w:bCs/>
              </w:rPr>
              <w:t>הצופן</w:t>
            </w:r>
          </w:p>
        </w:tc>
        <w:tc>
          <w:tcPr>
            <w:tcW w:type="dxa" w:w="2606"/>
            <w:shd w:val="clear" w:fill="E5DBFF"/>
          </w:tcPr>
          <w:p>
            <w:pPr>
              <w:bidi/>
              <w:jc w:val="right"/>
            </w:pPr>
            <w:r>
              <w:rPr>
                <w:rFonts w:ascii="Arial" w:hAnsi="Arial" w:cs="Arial"/>
                <w:b/>
                <w:sz w:val="22"/>
                <w:rtl/>
                <w:szCs w:val="22"/>
                <w:bCs/>
              </w:rPr>
              <w:t>רמז</w:t>
            </w:r>
          </w:p>
        </w:tc>
        <w:tc>
          <w:tcPr>
            <w:tcW w:type="dxa" w:w="2606"/>
            <w:shd w:val="clear" w:fill="E5DBFF"/>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ה ק ל ה י</w:t>
            </w:r>
          </w:p>
        </w:tc>
        <w:tc>
          <w:tcPr>
            <w:tcW w:type="dxa" w:w="2606"/>
          </w:tcPr>
          <w:p>
            <w:pPr>
              <w:bidi/>
              <w:jc w:val="right"/>
            </w:pPr>
            <w:r>
              <w:rPr>
                <w:rFonts w:ascii="Arial" w:hAnsi="Arial" w:cs="Arial"/>
                <w:sz w:val="22"/>
                <w:rtl/>
                <w:szCs w:val="22"/>
              </w:rPr>
              <w:t>קבוצה גדולה של אנשים שחיים יחד.</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‏9‏ ‏- 10‏ ‏- 10‏ ‏- 12‏ ‏- 22‏</w:t>
            </w:r>
          </w:p>
        </w:tc>
        <w:tc>
          <w:tcPr>
            <w:tcW w:type="dxa" w:w="2606"/>
          </w:tcPr>
          <w:p>
            <w:pPr>
              <w:bidi/>
              <w:jc w:val="right"/>
            </w:pPr>
            <w:r>
              <w:rPr>
                <w:rFonts w:ascii="Arial" w:hAnsi="Arial" w:cs="Arial"/>
                <w:sz w:val="22"/>
                <w:rtl/>
                <w:szCs w:val="22"/>
              </w:rPr>
              <w:t>מקום גבוה לטייל בו, עם נוף.</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צ מ ה י ה י ר</w:t>
            </w:r>
          </w:p>
        </w:tc>
        <w:tc>
          <w:tcPr>
            <w:tcW w:type="dxa" w:w="2606"/>
          </w:tcPr>
          <w:p>
            <w:pPr>
              <w:bidi/>
              <w:jc w:val="right"/>
            </w:pPr>
            <w:r>
              <w:rPr>
                <w:rFonts w:ascii="Arial" w:hAnsi="Arial" w:cs="Arial"/>
                <w:sz w:val="22"/>
                <w:rtl/>
                <w:szCs w:val="22"/>
              </w:rPr>
              <w:t>שעה 12 ביום.</w:t>
            </w:r>
          </w:p>
        </w:tc>
        <w:tc>
          <w:tcPr>
            <w:tcW w:type="dxa" w:w="2606"/>
          </w:tcPr>
          <w:p>
            <w:pPr>
              <w:bidi/>
              <w:jc w:val="right"/>
            </w:pPr>
            <w:r>
              <w:rPr>
                <w:rFonts w:ascii="Arial" w:hAnsi="Arial" w:cs="Arial"/>
                <w:sz w:val="22"/>
                <w:rtl/>
                <w:szCs w:val="22"/>
              </w:rPr>
              <w:t>______________</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‏1‏ ‏- 22‏ ‏- 10‏ ‏- 6‏ ‏- 17‏ ‏- 10‏ ‏- 5‏</w:t>
            </w:r>
          </w:p>
        </w:tc>
        <w:tc>
          <w:tcPr>
            <w:tcW w:type="dxa" w:w="2606"/>
          </w:tcPr>
          <w:p>
            <w:pPr>
              <w:bidi/>
              <w:jc w:val="right"/>
            </w:pPr>
            <w:r>
              <w:rPr>
                <w:rFonts w:ascii="Arial" w:hAnsi="Arial" w:cs="Arial"/>
                <w:sz w:val="22"/>
                <w:rtl/>
                <w:szCs w:val="22"/>
              </w:rPr>
              <w:t>ארץ באפריקה.</w:t>
            </w:r>
          </w:p>
        </w:tc>
        <w:tc>
          <w:tcPr>
            <w:tcW w:type="dxa" w:w="2606"/>
          </w:tcPr>
          <w:p>
            <w:pPr>
              <w:bidi/>
              <w:jc w:val="right"/>
            </w:pPr>
            <w:r>
              <w:rPr>
                <w:rFonts w:ascii="Arial" w:hAnsi="Arial" w:cs="Arial"/>
                <w:sz w:val="22"/>
                <w:rtl/>
                <w:szCs w:val="22"/>
              </w:rPr>
              <w:t>______________</w:t>
            </w:r>
          </w:p>
        </w:tc>
      </w:tr>
    </w:tbl>
    <w:p>
      <w:pPr>
        <w:bidi/>
        <w:jc w:val="right"/>
      </w:pPr>
    </w:p>
    <w:p>
      <w:pPr>
        <w:bidi/>
        <w:jc w:val="right"/>
      </w:pPr>
      <w:r>
        <w:rPr>
          <w:rFonts w:ascii="Arial" w:hAnsi="Arial" w:cs="Arial"/>
          <w:sz w:val="24"/>
          <w:rtl/>
          <w:szCs w:val="24"/>
        </w:rPr>
        <w:t>🔣 מפתח: א=1 ב=2 ג=3 ד=4 ה=5 ו=6 ז=7 ח=8 ט=9 י=10 כ=11 ל=12 מ=13 נ=14 ס=15 ע=16 פ=17 צ=18 ק=19 ר=20 ש=21 ת=22</w:t>
      </w:r>
    </w:p>
    <w:p>
      <w:pPr>
        <w:bidi/>
        <w:jc w:val="right"/>
      </w:pPr>
      <w:r>
        <w:rPr>
          <w:rFonts w:ascii="Arial" w:hAnsi="Arial" w:cs="Arial"/>
          <w:sz w:val="24"/>
          <w:rtl/>
          <w:szCs w:val="24"/>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המסע של דניאל</w:t>
      </w:r>
    </w:p>
    <w:p>
      <w:pPr>
        <w:bidi/>
        <w:jc w:val="right"/>
      </w:pPr>
      <w:r>
        <w:rPr>
          <w:rFonts w:ascii="Arial" w:hAnsi="Arial" w:cs="Arial"/>
          <w:color w:val="555577"/>
          <w:sz w:val="24"/>
          <w:rtl/>
          <w:szCs w:val="24"/>
        </w:rPr>
        <w:t>דניאל נוסע לחגיגה בירושלים. עזרו לו בכל תחנה. כל תחנה נותנת אות. בכל תחנה – פתרו את המשימה וכתבו את אות הקסם שתקבלו מהמורה.</w:t>
      </w:r>
    </w:p>
    <w:p>
      <w:pPr>
        <w:bidi/>
        <w:jc w:val="right"/>
      </w:pPr>
      <w:r>
        <w:rPr>
          <w:rFonts w:ascii="Arial" w:hAnsi="Arial" w:cs="Arial"/>
          <w:sz w:val="24"/>
          <w:rtl/>
          <w:szCs w:val="24"/>
        </w:rPr>
        <w:t>1. 🚌 התחנה המרכזית – התאימו מילה לפירוש.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קהילה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הרבה אנשים יחד</w:t>
            </w:r>
          </w:p>
        </w:tc>
      </w:tr>
      <w:tr>
        <w:tc>
          <w:tcPr>
            <w:tcW w:type="dxa" w:w="2606"/>
          </w:tcPr>
          <w:p>
            <w:pPr>
              <w:bidi/>
              <w:jc w:val="right"/>
            </w:pPr>
            <w:r>
              <w:rPr>
                <w:rFonts w:ascii="Arial" w:hAnsi="Arial" w:cs="Arial"/>
                <w:sz w:val="22"/>
                <w:rtl/>
                <w:szCs w:val="22"/>
              </w:rPr>
              <w:t>טיילת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לא אכלו</w:t>
            </w:r>
          </w:p>
        </w:tc>
      </w:tr>
      <w:tr>
        <w:tc>
          <w:tcPr>
            <w:tcW w:type="dxa" w:w="2606"/>
          </w:tcPr>
          <w:p>
            <w:pPr>
              <w:bidi/>
              <w:jc w:val="right"/>
            </w:pPr>
            <w:r>
              <w:rPr>
                <w:rFonts w:ascii="Arial" w:hAnsi="Arial" w:cs="Arial"/>
                <w:sz w:val="22"/>
                <w:rtl/>
                <w:szCs w:val="22"/>
              </w:rPr>
              <w:t>צמו</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מקום גבוה עם נוף</w:t>
            </w:r>
          </w:p>
        </w:tc>
      </w:tr>
    </w:tbl>
    <w:p>
      <w:pPr>
        <w:bidi/>
        <w:jc w:val="right"/>
      </w:pPr>
    </w:p>
    <w:p>
      <w:pPr>
        <w:bidi/>
        <w:jc w:val="right"/>
      </w:pPr>
      <w:r>
        <w:rPr>
          <w:rFonts w:ascii="Arial" w:hAnsi="Arial" w:cs="Arial"/>
          <w:b/>
          <w:sz w:val="24"/>
          <w:rtl/>
          <w:szCs w:val="24"/>
          <w:bCs/>
        </w:rPr>
        <w:t>2. 🛣️ הדרך לירושלים – מתי חוגגים את הסיגד?</w:t>
      </w:r>
    </w:p>
    <w:p>
      <w:pPr>
        <w:bidi/>
        <w:jc w:val="right"/>
      </w:pPr>
      <w:r>
        <w:rPr>
          <w:rFonts w:ascii="Arial" w:hAnsi="Arial" w:cs="Arial"/>
          <w:sz w:val="24"/>
          <w:rtl/>
          <w:szCs w:val="24"/>
        </w:rPr>
        <w:t xml:space="preserve">   ◯ א. בפורים</w:t>
      </w:r>
    </w:p>
    <w:p>
      <w:pPr>
        <w:bidi/>
        <w:jc w:val="right"/>
      </w:pPr>
      <w:r>
        <w:rPr>
          <w:rFonts w:ascii="Arial" w:hAnsi="Arial" w:cs="Arial"/>
          <w:sz w:val="24"/>
          <w:rtl/>
          <w:szCs w:val="24"/>
        </w:rPr>
        <w:t xml:space="preserve">   ◯ ב. חמישים יום אחרי יום הכיפורים</w:t>
      </w:r>
    </w:p>
    <w:p>
      <w:pPr>
        <w:bidi/>
        <w:jc w:val="right"/>
      </w:pPr>
      <w:r>
        <w:rPr>
          <w:rFonts w:ascii="Arial" w:hAnsi="Arial" w:cs="Arial"/>
          <w:sz w:val="24"/>
          <w:rtl/>
          <w:szCs w:val="24"/>
        </w:rPr>
        <w:t xml:space="preserve">   ◯ ג. בחנוכה</w:t>
      </w:r>
    </w:p>
    <w:p>
      <w:pPr>
        <w:bidi/>
        <w:jc w:val="right"/>
      </w:pPr>
      <w:r>
        <w:rPr>
          <w:rFonts w:ascii="Arial" w:hAnsi="Arial" w:cs="Arial"/>
          <w:sz w:val="24"/>
          <w:rtl/>
          <w:szCs w:val="24"/>
        </w:rPr>
        <w:t xml:space="preserve">   ◯ ד. בפסח</w:t>
      </w:r>
    </w:p>
    <w:p>
      <w:pPr>
        <w:bidi/>
        <w:jc w:val="right"/>
      </w:pPr>
      <w:r>
        <w:rPr>
          <w:rFonts w:ascii="Arial" w:hAnsi="Arial" w:cs="Arial"/>
          <w:sz w:val="24"/>
          <w:rtl/>
          <w:szCs w:val="24"/>
        </w:rPr>
        <w:t>3. 🌇 הטיילת – מי עושה מה?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הקסים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מזמינה חברים</w:t>
            </w:r>
          </w:p>
        </w:tc>
      </w:tr>
      <w:tr>
        <w:tc>
          <w:tcPr>
            <w:tcW w:type="dxa" w:w="2606"/>
          </w:tcPr>
          <w:p>
            <w:pPr>
              <w:bidi/>
              <w:jc w:val="right"/>
            </w:pPr>
            <w:r>
              <w:rPr>
                <w:rFonts w:ascii="Arial" w:hAnsi="Arial" w:cs="Arial"/>
                <w:sz w:val="22"/>
                <w:rtl/>
                <w:szCs w:val="22"/>
              </w:rPr>
              <w:t>מאיה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לומד עברית</w:t>
            </w:r>
          </w:p>
        </w:tc>
      </w:tr>
      <w:tr>
        <w:tc>
          <w:tcPr>
            <w:tcW w:type="dxa" w:w="2606"/>
          </w:tcPr>
          <w:p>
            <w:pPr>
              <w:bidi/>
              <w:jc w:val="right"/>
            </w:pPr>
            <w:r>
              <w:rPr>
                <w:rFonts w:ascii="Arial" w:hAnsi="Arial" w:cs="Arial"/>
                <w:sz w:val="22"/>
                <w:rtl/>
                <w:szCs w:val="22"/>
              </w:rPr>
              <w:t>יונתן</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קוראים מן האורית</w:t>
            </w:r>
          </w:p>
        </w:tc>
      </w:tr>
    </w:tbl>
    <w:p>
      <w:pPr>
        <w:bidi/>
        <w:jc w:val="right"/>
      </w:pPr>
    </w:p>
    <w:p>
      <w:pPr>
        <w:bidi/>
        <w:jc w:val="right"/>
      </w:pPr>
      <w:r>
        <w:rPr>
          <w:rFonts w:ascii="Arial" w:hAnsi="Arial" w:cs="Arial"/>
          <w:b/>
          <w:sz w:val="24"/>
          <w:rtl/>
          <w:szCs w:val="24"/>
          <w:bCs/>
        </w:rPr>
        <w:t>4. 🎉 החגיגה – מה אומר השם סיגד?</w:t>
      </w:r>
    </w:p>
    <w:p>
      <w:pPr>
        <w:bidi/>
        <w:jc w:val="right"/>
      </w:pPr>
      <w:r>
        <w:rPr>
          <w:rFonts w:ascii="Arial" w:hAnsi="Arial" w:cs="Arial"/>
          <w:sz w:val="24"/>
          <w:rtl/>
          <w:szCs w:val="24"/>
        </w:rPr>
        <w:t xml:space="preserve">   ◯ א. שמחה</w:t>
      </w:r>
    </w:p>
    <w:p>
      <w:pPr>
        <w:bidi/>
        <w:jc w:val="right"/>
      </w:pPr>
      <w:r>
        <w:rPr>
          <w:rFonts w:ascii="Arial" w:hAnsi="Arial" w:cs="Arial"/>
          <w:sz w:val="24"/>
          <w:rtl/>
          <w:szCs w:val="24"/>
        </w:rPr>
        <w:t xml:space="preserve">   ◯ ב. אוכל</w:t>
      </w:r>
    </w:p>
    <w:p>
      <w:pPr>
        <w:bidi/>
        <w:jc w:val="right"/>
      </w:pPr>
      <w:r>
        <w:rPr>
          <w:rFonts w:ascii="Arial" w:hAnsi="Arial" w:cs="Arial"/>
          <w:sz w:val="24"/>
          <w:rtl/>
          <w:szCs w:val="24"/>
        </w:rPr>
        <w:t xml:space="preserve">   ◯ ג. השתחוות</w:t>
      </w:r>
    </w:p>
    <w:p>
      <w:pPr>
        <w:bidi/>
        <w:jc w:val="right"/>
      </w:pPr>
      <w:r>
        <w:rPr>
          <w:rFonts w:ascii="Arial" w:hAnsi="Arial" w:cs="Arial"/>
          <w:sz w:val="24"/>
          <w:rtl/>
          <w:szCs w:val="24"/>
        </w:rPr>
        <w:t xml:space="preserve">   ◯ ד. ריקוד</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E5DBFF"/>
          </w:tcPr>
          <w:p>
            <w:pPr>
              <w:bidi/>
              <w:jc w:val="right"/>
            </w:pPr>
            <w:r>
              <w:rPr>
                <w:rFonts w:ascii="Arial" w:hAnsi="Arial" w:cs="Arial"/>
                <w:b/>
                <w:sz w:val="22"/>
                <w:rtl/>
                <w:szCs w:val="22"/>
                <w:bCs/>
              </w:rPr>
              <w:t>תחנה</w:t>
            </w:r>
          </w:p>
        </w:tc>
        <w:tc>
          <w:tcPr>
            <w:tcW w:type="dxa" w:w="2085"/>
            <w:shd w:val="clear" w:fill="E5DBFF"/>
          </w:tcPr>
          <w:p>
            <w:pPr>
              <w:bidi/>
              <w:jc w:val="right"/>
            </w:pPr>
            <w:r>
              <w:rPr>
                <w:rFonts w:ascii="Arial" w:hAnsi="Arial" w:cs="Arial"/>
                <w:b/>
                <w:sz w:val="22"/>
                <w:rtl/>
                <w:szCs w:val="22"/>
                <w:bCs/>
              </w:rPr>
              <w:t>1</w:t>
            </w:r>
          </w:p>
        </w:tc>
        <w:tc>
          <w:tcPr>
            <w:tcW w:type="dxa" w:w="2085"/>
            <w:shd w:val="clear" w:fill="E5DBFF"/>
          </w:tcPr>
          <w:p>
            <w:pPr>
              <w:bidi/>
              <w:jc w:val="right"/>
            </w:pPr>
            <w:r>
              <w:rPr>
                <w:rFonts w:ascii="Arial" w:hAnsi="Arial" w:cs="Arial"/>
                <w:b/>
                <w:sz w:val="22"/>
                <w:rtl/>
                <w:szCs w:val="22"/>
                <w:bCs/>
              </w:rPr>
              <w:t>2</w:t>
            </w:r>
          </w:p>
        </w:tc>
        <w:tc>
          <w:tcPr>
            <w:tcW w:type="dxa" w:w="2085"/>
            <w:shd w:val="clear" w:fill="E5DBFF"/>
          </w:tcPr>
          <w:p>
            <w:pPr>
              <w:bidi/>
              <w:jc w:val="right"/>
            </w:pPr>
            <w:r>
              <w:rPr>
                <w:rFonts w:ascii="Arial" w:hAnsi="Arial" w:cs="Arial"/>
                <w:b/>
                <w:sz w:val="22"/>
                <w:rtl/>
                <w:szCs w:val="22"/>
                <w:bCs/>
              </w:rPr>
              <w:t>3</w:t>
            </w:r>
          </w:p>
        </w:tc>
        <w:tc>
          <w:tcPr>
            <w:tcW w:type="dxa" w:w="2085"/>
            <w:shd w:val="clear" w:fill="E5DBFF"/>
          </w:tcPr>
          <w:p>
            <w:pPr>
              <w:bidi/>
              <w:jc w:val="right"/>
            </w:pPr>
            <w:r>
              <w:rPr>
                <w:rFonts w:ascii="Arial" w:hAnsi="Arial" w:cs="Arial"/>
                <w:b/>
                <w:sz w:val="22"/>
                <w:rtl/>
                <w:szCs w:val="22"/>
                <w:bCs/>
              </w:rPr>
              <w:t>4</w:t>
            </w:r>
          </w:p>
        </w:tc>
      </w:tr>
      <w:tr>
        <w:tc>
          <w:tcPr>
            <w:tcW w:type="dxa" w:w="2085"/>
          </w:tcPr>
          <w:p>
            <w:pPr>
              <w:bidi/>
              <w:jc w:val="right"/>
            </w:pPr>
            <w:r>
              <w:rPr>
                <w:rFonts w:ascii="Arial" w:hAnsi="Arial" w:cs="Arial"/>
                <w:sz w:val="22"/>
                <w:rtl/>
                <w:szCs w:val="22"/>
              </w:rPr>
              <w:t>אות קסם</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 קוד היציאה: ______________</w:t>
      </w:r>
    </w:p>
    <w:p>
      <w:pPr>
        <w:bidi/>
        <w:pStyle w:val="Heading2"/>
        <w:jc w:val="right"/>
      </w:pPr>
      <w:r>
        <w:rPr>
          <w:rFonts w:ascii="Arial" w:hAnsi="Arial" w:cs="Arial"/>
          <w:b/>
          <w:color w:val="6A3FD4"/>
          <w:sz w:val="32"/>
          <w:rtl/>
          <w:szCs w:val="32"/>
          <w:bCs/>
        </w:rPr>
        <w:t>⏳🗂️ מסדרים וממיינים</w:t>
      </w:r>
    </w:p>
    <w:p>
      <w:pPr>
        <w:bidi/>
        <w:jc w:val="right"/>
      </w:pPr>
      <w:r>
        <w:rPr>
          <w:rFonts w:ascii="Arial" w:hAnsi="Arial" w:cs="Arial"/>
          <w:color w:val="555577"/>
          <w:sz w:val="24"/>
          <w:rtl/>
          <w:szCs w:val="24"/>
        </w:rPr>
        <w:t>סדרו את היום של דניאל. מיינו מילים.</w:t>
      </w:r>
    </w:p>
    <w:p>
      <w:pPr>
        <w:bidi/>
        <w:jc w:val="right"/>
      </w:pPr>
      <w:r>
        <w:rPr>
          <w:rFonts w:ascii="Arial" w:hAnsi="Arial" w:cs="Arial"/>
          <w:sz w:val="24"/>
          <w:rtl/>
          <w:szCs w:val="24"/>
        </w:rPr>
        <w:t>סדרו את היום של דניאל.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מספר</w:t>
            </w:r>
          </w:p>
        </w:tc>
        <w:tc>
          <w:tcPr>
            <w:tcW w:type="dxa" w:w="5213"/>
            <w:shd w:val="clear" w:fill="E5DBFF"/>
          </w:tcPr>
          <w:p>
            <w:pPr>
              <w:bidi/>
              <w:jc w:val="right"/>
            </w:pPr>
            <w:r>
              <w:rPr>
                <w:rFonts w:ascii="Arial" w:hAnsi="Arial" w:cs="Arial"/>
                <w:b/>
                <w:sz w:val="22"/>
                <w:rtl/>
                <w:szCs w:val="22"/>
                <w:bCs/>
              </w:rPr>
              <w:t>האירוע / השלב</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דניאל רואה את העיר העתיקה</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דניאל מוצא פתק בתיק</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דניאל מגיע לטיילת</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דניאל עולה לאוטובוס בשבע</w:t>
            </w:r>
          </w:p>
        </w:tc>
      </w:tr>
    </w:tbl>
    <w:p>
      <w:pPr>
        <w:bidi/>
        <w:jc w:val="right"/>
      </w:pPr>
    </w:p>
    <w:p>
      <w:pPr>
        <w:bidi/>
        <w:jc w:val="right"/>
      </w:pPr>
      <w:r>
        <w:rPr>
          <w:rFonts w:ascii="Arial" w:hAnsi="Arial" w:cs="Arial"/>
          <w:sz w:val="24"/>
          <w:rtl/>
          <w:szCs w:val="24"/>
        </w:rPr>
        <w:t>אתמול או היום? (עבר או הווה)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עבר – מה היה</w:t>
            </w:r>
          </w:p>
        </w:tc>
        <w:tc>
          <w:tcPr>
            <w:tcW w:type="dxa" w:w="3475"/>
            <w:shd w:val="clear" w:fill="E5DBFF"/>
          </w:tcPr>
          <w:p>
            <w:pPr>
              <w:bidi/>
              <w:jc w:val="right"/>
            </w:pPr>
            <w:r>
              <w:rPr>
                <w:rFonts w:ascii="Arial" w:hAnsi="Arial" w:cs="Arial"/>
                <w:b/>
                <w:sz w:val="22"/>
                <w:rtl/>
                <w:szCs w:val="22"/>
                <w:bCs/>
              </w:rPr>
              <w:t>הווה – מה יש עכשיו</w:t>
            </w:r>
          </w:p>
        </w:tc>
      </w:tr>
      <w:tr>
        <w:tc>
          <w:tcPr>
            <w:tcW w:type="dxa" w:w="3475"/>
          </w:tcPr>
          <w:p>
            <w:pPr>
              <w:bidi/>
              <w:jc w:val="right"/>
            </w:pPr>
            <w:r>
              <w:rPr>
                <w:rFonts w:ascii="Arial" w:hAnsi="Arial" w:cs="Arial"/>
                <w:sz w:val="22"/>
                <w:rtl/>
                <w:szCs w:val="22"/>
              </w:rPr>
              <w:t>קראו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אוהבת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חוגגים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נוסעת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עלתה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צמו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4"/>
          <w:rtl/>
          <w:szCs w:val="24"/>
        </w:rPr>
        <w:t>• דניאל מוצא פתק בתיק</w:t>
      </w:r>
    </w:p>
    <w:p>
      <w:pPr>
        <w:bidi/>
        <w:jc w:val="right"/>
      </w:pPr>
      <w:r>
        <w:rPr>
          <w:rFonts w:ascii="Arial" w:hAnsi="Arial" w:cs="Arial"/>
          <w:sz w:val="24"/>
          <w:rtl/>
          <w:szCs w:val="24"/>
        </w:rPr>
        <w:t>• דניאל עולה לאוטובוס בשבע</w:t>
      </w:r>
    </w:p>
    <w:p>
      <w:pPr>
        <w:bidi/>
        <w:jc w:val="right"/>
      </w:pPr>
      <w:r>
        <w:rPr>
          <w:rFonts w:ascii="Arial" w:hAnsi="Arial" w:cs="Arial"/>
          <w:sz w:val="24"/>
          <w:rtl/>
          <w:szCs w:val="24"/>
        </w:rPr>
        <w:t>• דניאל מגיע לטיילת</w:t>
      </w:r>
    </w:p>
    <w:p>
      <w:pPr>
        <w:bidi/>
        <w:jc w:val="right"/>
      </w:pPr>
      <w:r>
        <w:rPr>
          <w:rFonts w:ascii="Arial" w:hAnsi="Arial" w:cs="Arial"/>
          <w:sz w:val="24"/>
          <w:rtl/>
          <w:szCs w:val="24"/>
        </w:rPr>
        <w:t>• דניאל רואה את העיר העתיקה</w:t>
      </w:r>
    </w:p>
    <w:p>
      <w:pPr>
        <w:bidi/>
        <w:jc w:val="right"/>
      </w:pPr>
      <w:r>
        <w:rPr>
          <w:rFonts w:ascii="Arial" w:hAnsi="Arial" w:cs="Arial"/>
          <w:sz w:val="24"/>
          <w:rtl/>
          <w:szCs w:val="24"/>
        </w:rPr>
        <w:t>• עלתה</w:t>
      </w:r>
    </w:p>
    <w:p>
      <w:pPr>
        <w:bidi/>
        <w:jc w:val="right"/>
      </w:pPr>
      <w:r>
        <w:rPr>
          <w:rFonts w:ascii="Arial" w:hAnsi="Arial" w:cs="Arial"/>
          <w:sz w:val="24"/>
          <w:rtl/>
          <w:szCs w:val="24"/>
        </w:rPr>
        <w:t>• חוגגים</w:t>
      </w:r>
    </w:p>
    <w:p>
      <w:pPr>
        <w:bidi/>
        <w:jc w:val="right"/>
      </w:pPr>
      <w:r>
        <w:rPr>
          <w:rFonts w:ascii="Arial" w:hAnsi="Arial" w:cs="Arial"/>
          <w:sz w:val="24"/>
          <w:rtl/>
          <w:szCs w:val="24"/>
        </w:rPr>
        <w:t>• קראו</w:t>
      </w:r>
    </w:p>
    <w:p>
      <w:pPr>
        <w:bidi/>
        <w:jc w:val="right"/>
      </w:pPr>
      <w:r>
        <w:rPr>
          <w:rFonts w:ascii="Arial" w:hAnsi="Arial" w:cs="Arial"/>
          <w:sz w:val="24"/>
          <w:rtl/>
          <w:szCs w:val="24"/>
        </w:rPr>
        <w:t>• נוסעת</w:t>
      </w:r>
    </w:p>
    <w:p>
      <w:pPr>
        <w:bidi/>
        <w:jc w:val="right"/>
      </w:pPr>
      <w:r>
        <w:rPr>
          <w:rFonts w:ascii="Arial" w:hAnsi="Arial" w:cs="Arial"/>
          <w:sz w:val="24"/>
          <w:rtl/>
          <w:szCs w:val="24"/>
        </w:rPr>
        <w:t>• צמו</w:t>
      </w:r>
    </w:p>
    <w:p>
      <w:pPr>
        <w:bidi/>
        <w:jc w:val="right"/>
      </w:pPr>
      <w:r>
        <w:rPr>
          <w:rFonts w:ascii="Arial" w:hAnsi="Arial" w:cs="Arial"/>
          <w:sz w:val="24"/>
          <w:rtl/>
          <w:szCs w:val="24"/>
        </w:rPr>
        <w:t>• אוהבת</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נחשו ובדקו: דניאל בטיילת</w:t>
      </w:r>
    </w:p>
    <w:p>
      <w:pPr>
        <w:bidi/>
        <w:jc w:val="right"/>
      </w:pPr>
      <w:r>
        <w:rPr>
          <w:rFonts w:ascii="Arial" w:hAnsi="Arial" w:cs="Arial"/>
          <w:color w:val="555577"/>
          <w:sz w:val="24"/>
          <w:rtl/>
          <w:szCs w:val="24"/>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4"/>
          <w:rtl/>
          <w:szCs w:val="24"/>
        </w:rPr>
        <w:t>דניאל ומאיה מגיעים לטיילת. יש שם הרבה אנשים. הקסים עומדים מתחת למטריות צבעוניות.</w:t>
      </w:r>
    </w:p>
    <w:p>
      <w:pPr>
        <w:bidi/>
        <w:jc w:val="right"/>
      </w:pPr>
      <w:r>
        <w:rPr>
          <w:rFonts w:ascii="Arial" w:hAnsi="Arial" w:cs="Arial"/>
          <w:b/>
          <w:sz w:val="24"/>
          <w:rtl/>
          <w:szCs w:val="24"/>
          <w:bCs/>
        </w:rPr>
        <w:t>1. מה הקסים יעשו?</w:t>
      </w:r>
    </w:p>
    <w:p>
      <w:pPr>
        <w:bidi/>
        <w:jc w:val="right"/>
      </w:pPr>
      <w:r>
        <w:rPr>
          <w:rFonts w:ascii="Arial" w:hAnsi="Arial" w:cs="Arial"/>
          <w:sz w:val="24"/>
          <w:rtl/>
          <w:szCs w:val="24"/>
        </w:rPr>
        <w:t xml:space="preserve">   ◯ א. יקראו ויתפללו</w:t>
      </w:r>
    </w:p>
    <w:p>
      <w:pPr>
        <w:bidi/>
        <w:jc w:val="right"/>
      </w:pPr>
      <w:r>
        <w:rPr>
          <w:rFonts w:ascii="Arial" w:hAnsi="Arial" w:cs="Arial"/>
          <w:sz w:val="24"/>
          <w:rtl/>
          <w:szCs w:val="24"/>
        </w:rPr>
        <w:t xml:space="preserve">   ◯ ב. ישירו שירי פופ</w:t>
      </w:r>
    </w:p>
    <w:p>
      <w:pPr>
        <w:bidi/>
        <w:jc w:val="right"/>
      </w:pPr>
      <w:r>
        <w:rPr>
          <w:rFonts w:ascii="Arial" w:hAnsi="Arial" w:cs="Arial"/>
          <w:sz w:val="24"/>
          <w:rtl/>
          <w:szCs w:val="24"/>
        </w:rPr>
        <w:t xml:space="preserve">   ◯ ג. ימכרו אוכל</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4"/>
          <w:rtl/>
          <w:szCs w:val="24"/>
        </w:rPr>
        <w:t>דניאל רוצה לקנות כריך. מאיה אומרת: "עוד לא."</w:t>
      </w:r>
    </w:p>
    <w:p>
      <w:pPr>
        <w:bidi/>
        <w:jc w:val="right"/>
      </w:pPr>
      <w:r>
        <w:rPr>
          <w:rFonts w:ascii="Arial" w:hAnsi="Arial" w:cs="Arial"/>
          <w:b/>
          <w:sz w:val="24"/>
          <w:rtl/>
          <w:szCs w:val="24"/>
          <w:bCs/>
        </w:rPr>
        <w:t>2. למה מאיה אומרת "עוד לא"?</w:t>
      </w:r>
    </w:p>
    <w:p>
      <w:pPr>
        <w:bidi/>
        <w:jc w:val="right"/>
      </w:pPr>
      <w:r>
        <w:rPr>
          <w:rFonts w:ascii="Arial" w:hAnsi="Arial" w:cs="Arial"/>
          <w:sz w:val="24"/>
          <w:rtl/>
          <w:szCs w:val="24"/>
        </w:rPr>
        <w:t xml:space="preserve">   ◯ א. אין כסף</w:t>
      </w:r>
    </w:p>
    <w:p>
      <w:pPr>
        <w:bidi/>
        <w:jc w:val="right"/>
      </w:pPr>
      <w:r>
        <w:rPr>
          <w:rFonts w:ascii="Arial" w:hAnsi="Arial" w:cs="Arial"/>
          <w:sz w:val="24"/>
          <w:rtl/>
          <w:szCs w:val="24"/>
        </w:rPr>
        <w:t xml:space="preserve">   ◯ ב. רבים צמים עד הצהריים</w:t>
      </w:r>
    </w:p>
    <w:p>
      <w:pPr>
        <w:bidi/>
        <w:jc w:val="right"/>
      </w:pPr>
      <w:r>
        <w:rPr>
          <w:rFonts w:ascii="Arial" w:hAnsi="Arial" w:cs="Arial"/>
          <w:sz w:val="24"/>
          <w:rtl/>
          <w:szCs w:val="24"/>
        </w:rPr>
        <w:t xml:space="preserve">   ◯ ג. הכריך לא טעים</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4"/>
          <w:rtl/>
          <w:szCs w:val="24"/>
        </w:rPr>
        <w:t>דניאל מסתכל על העיר העתיקה. הוא נזכר בפריז.</w:t>
      </w:r>
    </w:p>
    <w:p>
      <w:pPr>
        <w:bidi/>
        <w:jc w:val="right"/>
      </w:pPr>
      <w:r>
        <w:rPr>
          <w:rFonts w:ascii="Arial" w:hAnsi="Arial" w:cs="Arial"/>
          <w:b/>
          <w:sz w:val="24"/>
          <w:rtl/>
          <w:szCs w:val="24"/>
          <w:bCs/>
        </w:rPr>
        <w:t>3. מה דניאל מרגיש?</w:t>
      </w:r>
    </w:p>
    <w:p>
      <w:pPr>
        <w:bidi/>
        <w:jc w:val="right"/>
      </w:pPr>
      <w:r>
        <w:rPr>
          <w:rFonts w:ascii="Arial" w:hAnsi="Arial" w:cs="Arial"/>
          <w:sz w:val="24"/>
          <w:rtl/>
          <w:szCs w:val="24"/>
        </w:rPr>
        <w:t xml:space="preserve">   ◯ א. כעס</w:t>
      </w:r>
    </w:p>
    <w:p>
      <w:pPr>
        <w:bidi/>
        <w:jc w:val="right"/>
      </w:pPr>
      <w:r>
        <w:rPr>
          <w:rFonts w:ascii="Arial" w:hAnsi="Arial" w:cs="Arial"/>
          <w:sz w:val="24"/>
          <w:rtl/>
          <w:szCs w:val="24"/>
        </w:rPr>
        <w:t xml:space="preserve">   ◯ ב. שעמום</w:t>
      </w:r>
    </w:p>
    <w:p>
      <w:pPr>
        <w:bidi/>
        <w:jc w:val="right"/>
      </w:pPr>
      <w:r>
        <w:rPr>
          <w:rFonts w:ascii="Arial" w:hAnsi="Arial" w:cs="Arial"/>
          <w:sz w:val="24"/>
          <w:rtl/>
          <w:szCs w:val="24"/>
        </w:rPr>
        <w:t xml:space="preserve">   ◯ ג. געגועים לבית הישן</w:t>
      </w:r>
    </w:p>
    <w:p>
      <w:pPr>
        <w:bidi/>
        <w:jc w:val="right"/>
      </w:pPr>
      <w:r>
        <w:rPr>
          <w:rFonts w:ascii="Arial" w:hAnsi="Arial" w:cs="Arial"/>
          <w:sz w:val="24"/>
          <w:rtl/>
          <w:szCs w:val="24"/>
        </w:rPr>
        <w:t>מה קרה באמת? ____________________________</w:t>
      </w:r>
    </w:p>
    <w:p>
      <w:pPr>
        <w:bidi/>
        <w:pStyle w:val="Heading2"/>
        <w:jc w:val="right"/>
      </w:pPr>
      <w:r>
        <w:rPr>
          <w:rFonts w:ascii="Arial" w:hAnsi="Arial" w:cs="Arial"/>
          <w:b/>
          <w:color w:val="6A3FD4"/>
          <w:sz w:val="32"/>
          <w:rtl/>
          <w:szCs w:val="32"/>
          <w:bCs/>
        </w:rPr>
        <w:t>🧩 יוצא דופן</w:t>
      </w:r>
    </w:p>
    <w:p>
      <w:pPr>
        <w:bidi/>
        <w:jc w:val="right"/>
      </w:pPr>
      <w:r>
        <w:rPr>
          <w:rFonts w:ascii="Arial" w:hAnsi="Arial" w:cs="Arial"/>
          <w:b/>
          <w:sz w:val="24"/>
          <w:rtl/>
          <w:szCs w:val="24"/>
          <w:bCs/>
        </w:rPr>
        <w:t>1. מי יוצא הדופן?</w:t>
      </w:r>
    </w:p>
    <w:p>
      <w:pPr>
        <w:bidi/>
        <w:jc w:val="right"/>
      </w:pPr>
      <w:r>
        <w:rPr>
          <w:rFonts w:ascii="Arial" w:hAnsi="Arial" w:cs="Arial"/>
          <w:sz w:val="24"/>
          <w:rtl/>
          <w:szCs w:val="24"/>
        </w:rPr>
        <w:t xml:space="preserve">   ◯ א. צמו</w:t>
      </w:r>
    </w:p>
    <w:p>
      <w:pPr>
        <w:bidi/>
        <w:jc w:val="right"/>
      </w:pPr>
      <w:r>
        <w:rPr>
          <w:rFonts w:ascii="Arial" w:hAnsi="Arial" w:cs="Arial"/>
          <w:sz w:val="24"/>
          <w:rtl/>
          <w:szCs w:val="24"/>
        </w:rPr>
        <w:t xml:space="preserve">   ◯ ב. אכלו</w:t>
      </w:r>
    </w:p>
    <w:p>
      <w:pPr>
        <w:bidi/>
        <w:jc w:val="right"/>
      </w:pPr>
      <w:r>
        <w:rPr>
          <w:rFonts w:ascii="Arial" w:hAnsi="Arial" w:cs="Arial"/>
          <w:sz w:val="24"/>
          <w:rtl/>
          <w:szCs w:val="24"/>
        </w:rPr>
        <w:t xml:space="preserve">   ◯ ג. שתו</w:t>
      </w:r>
    </w:p>
    <w:p>
      <w:pPr>
        <w:bidi/>
        <w:jc w:val="right"/>
      </w:pPr>
      <w:r>
        <w:rPr>
          <w:rFonts w:ascii="Arial" w:hAnsi="Arial" w:cs="Arial"/>
          <w:sz w:val="24"/>
          <w:rtl/>
          <w:szCs w:val="24"/>
        </w:rPr>
        <w:t xml:space="preserve">   ◯ ד. טעמו</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צמו = לא אכלו; השאר – עושים עם אוכל</w:t>
      </w:r>
    </w:p>
    <w:p>
      <w:pPr>
        <w:bidi/>
        <w:jc w:val="right"/>
      </w:pPr>
      <w:r>
        <w:rPr>
          <w:rFonts w:ascii="Arial" w:hAnsi="Arial" w:cs="Arial"/>
          <w:sz w:val="24"/>
          <w:rtl/>
          <w:szCs w:val="24"/>
        </w:rPr>
        <w:t xml:space="preserve">   ◯ ב. צמו מילה קצרה</w:t>
      </w:r>
    </w:p>
    <w:p>
      <w:pPr>
        <w:bidi/>
        <w:jc w:val="right"/>
      </w:pPr>
      <w:r>
        <w:rPr>
          <w:rFonts w:ascii="Arial" w:hAnsi="Arial" w:cs="Arial"/>
          <w:sz w:val="24"/>
          <w:rtl/>
          <w:szCs w:val="24"/>
        </w:rPr>
        <w:t xml:space="preserve">   ◯ ג. צמו מתחילה באות צ׳</w:t>
      </w:r>
    </w:p>
    <w:p>
      <w:pPr>
        <w:bidi/>
        <w:jc w:val="right"/>
      </w:pPr>
      <w:r>
        <w:rPr>
          <w:rFonts w:ascii="Arial" w:hAnsi="Arial" w:cs="Arial"/>
          <w:b/>
          <w:sz w:val="24"/>
          <w:rtl/>
          <w:szCs w:val="24"/>
          <w:bCs/>
        </w:rPr>
        <w:t>2. מי יוצא הדופן?</w:t>
      </w:r>
    </w:p>
    <w:p>
      <w:pPr>
        <w:bidi/>
        <w:jc w:val="right"/>
      </w:pPr>
      <w:r>
        <w:rPr>
          <w:rFonts w:ascii="Arial" w:hAnsi="Arial" w:cs="Arial"/>
          <w:sz w:val="24"/>
          <w:rtl/>
          <w:szCs w:val="24"/>
        </w:rPr>
        <w:t xml:space="preserve">   ◯ א. צרפת</w:t>
      </w:r>
    </w:p>
    <w:p>
      <w:pPr>
        <w:bidi/>
        <w:jc w:val="right"/>
      </w:pPr>
      <w:r>
        <w:rPr>
          <w:rFonts w:ascii="Arial" w:hAnsi="Arial" w:cs="Arial"/>
          <w:sz w:val="24"/>
          <w:rtl/>
          <w:szCs w:val="24"/>
        </w:rPr>
        <w:t xml:space="preserve">   ◯ ב. אתיופיה</w:t>
      </w:r>
    </w:p>
    <w:p>
      <w:pPr>
        <w:bidi/>
        <w:jc w:val="right"/>
      </w:pPr>
      <w:r>
        <w:rPr>
          <w:rFonts w:ascii="Arial" w:hAnsi="Arial" w:cs="Arial"/>
          <w:sz w:val="24"/>
          <w:rtl/>
          <w:szCs w:val="24"/>
        </w:rPr>
        <w:t xml:space="preserve">   ◯ ג. ירושלים</w:t>
      </w:r>
    </w:p>
    <w:p>
      <w:pPr>
        <w:bidi/>
        <w:jc w:val="right"/>
      </w:pPr>
      <w:r>
        <w:rPr>
          <w:rFonts w:ascii="Arial" w:hAnsi="Arial" w:cs="Arial"/>
          <w:sz w:val="24"/>
          <w:rtl/>
          <w:szCs w:val="24"/>
        </w:rPr>
        <w:t xml:space="preserve">   ◯ ד. ארגנטינה</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ירושלים יפה</w:t>
      </w:r>
    </w:p>
    <w:p>
      <w:pPr>
        <w:bidi/>
        <w:jc w:val="right"/>
      </w:pPr>
      <w:r>
        <w:rPr>
          <w:rFonts w:ascii="Arial" w:hAnsi="Arial" w:cs="Arial"/>
          <w:sz w:val="24"/>
          <w:rtl/>
          <w:szCs w:val="24"/>
        </w:rPr>
        <w:t xml:space="preserve">   ◯ ב. ירושלים היא עיר; השאר ארצות</w:t>
      </w:r>
    </w:p>
    <w:p>
      <w:pPr>
        <w:bidi/>
        <w:jc w:val="right"/>
      </w:pPr>
      <w:r>
        <w:rPr>
          <w:rFonts w:ascii="Arial" w:hAnsi="Arial" w:cs="Arial"/>
          <w:sz w:val="24"/>
          <w:rtl/>
          <w:szCs w:val="24"/>
        </w:rPr>
        <w:t xml:space="preserve">   ◯ ג. ירושלים קרובה</w:t>
      </w:r>
    </w:p>
    <w:p>
      <w:pPr>
        <w:bidi/>
        <w:jc w:val="right"/>
      </w:pPr>
      <w:r>
        <w:rPr>
          <w:rFonts w:ascii="Arial" w:hAnsi="Arial" w:cs="Arial"/>
          <w:b/>
          <w:sz w:val="24"/>
          <w:rtl/>
          <w:szCs w:val="24"/>
          <w:bCs/>
        </w:rPr>
        <w:t>3. מי יוצא הדופן?</w:t>
      </w:r>
    </w:p>
    <w:p>
      <w:pPr>
        <w:bidi/>
        <w:jc w:val="right"/>
      </w:pPr>
      <w:r>
        <w:rPr>
          <w:rFonts w:ascii="Arial" w:hAnsi="Arial" w:cs="Arial"/>
          <w:sz w:val="24"/>
          <w:rtl/>
          <w:szCs w:val="24"/>
        </w:rPr>
        <w:t xml:space="preserve">   ◯ א. קס</w:t>
      </w:r>
    </w:p>
    <w:p>
      <w:pPr>
        <w:bidi/>
        <w:jc w:val="right"/>
      </w:pPr>
      <w:r>
        <w:rPr>
          <w:rFonts w:ascii="Arial" w:hAnsi="Arial" w:cs="Arial"/>
          <w:sz w:val="24"/>
          <w:rtl/>
          <w:szCs w:val="24"/>
        </w:rPr>
        <w:t xml:space="preserve">   ◯ ב. מורה</w:t>
      </w:r>
    </w:p>
    <w:p>
      <w:pPr>
        <w:bidi/>
        <w:jc w:val="right"/>
      </w:pPr>
      <w:r>
        <w:rPr>
          <w:rFonts w:ascii="Arial" w:hAnsi="Arial" w:cs="Arial"/>
          <w:sz w:val="24"/>
          <w:rtl/>
          <w:szCs w:val="24"/>
        </w:rPr>
        <w:t xml:space="preserve">   ◯ ג. מדריך</w:t>
      </w:r>
    </w:p>
    <w:p>
      <w:pPr>
        <w:bidi/>
        <w:jc w:val="right"/>
      </w:pPr>
      <w:r>
        <w:rPr>
          <w:rFonts w:ascii="Arial" w:hAnsi="Arial" w:cs="Arial"/>
          <w:sz w:val="24"/>
          <w:rtl/>
          <w:szCs w:val="24"/>
        </w:rPr>
        <w:t xml:space="preserve">   ◯ ד. אוטובוס</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אוטובוס גדול</w:t>
      </w:r>
    </w:p>
    <w:p>
      <w:pPr>
        <w:bidi/>
        <w:jc w:val="right"/>
      </w:pPr>
      <w:r>
        <w:rPr>
          <w:rFonts w:ascii="Arial" w:hAnsi="Arial" w:cs="Arial"/>
          <w:sz w:val="24"/>
          <w:rtl/>
          <w:szCs w:val="24"/>
        </w:rPr>
        <w:t xml:space="preserve">   ◯ ב. אוטובוס נוסע מהר</w:t>
      </w:r>
    </w:p>
    <w:p>
      <w:pPr>
        <w:bidi/>
        <w:jc w:val="right"/>
      </w:pPr>
      <w:r>
        <w:rPr>
          <w:rFonts w:ascii="Arial" w:hAnsi="Arial" w:cs="Arial"/>
          <w:sz w:val="24"/>
          <w:rtl/>
          <w:szCs w:val="24"/>
        </w:rPr>
        <w:t xml:space="preserve">   ◯ ג. אוטובוס הוא כלי; השאר אנשים שמלמדים ומובילים</w:t>
      </w:r>
    </w:p>
    <w:p>
      <w:pPr>
        <w:bidi/>
        <w:jc w:val="right"/>
      </w:pPr>
      <w:r>
        <w:rPr>
          <w:rFonts w:ascii="Arial" w:hAnsi="Arial" w:cs="Arial"/>
          <w:b/>
          <w:sz w:val="24"/>
          <w:rtl/>
          <w:szCs w:val="24"/>
          <w:bCs/>
        </w:rPr>
        <w:t>4. מי יוצא הדופן?</w:t>
      </w:r>
    </w:p>
    <w:p>
      <w:pPr>
        <w:bidi/>
        <w:jc w:val="right"/>
      </w:pPr>
      <w:r>
        <w:rPr>
          <w:rFonts w:ascii="Arial" w:hAnsi="Arial" w:cs="Arial"/>
          <w:sz w:val="24"/>
          <w:rtl/>
          <w:szCs w:val="24"/>
        </w:rPr>
        <w:t xml:space="preserve">   ◯ א. חוגגים</w:t>
      </w:r>
    </w:p>
    <w:p>
      <w:pPr>
        <w:bidi/>
        <w:jc w:val="right"/>
      </w:pPr>
      <w:r>
        <w:rPr>
          <w:rFonts w:ascii="Arial" w:hAnsi="Arial" w:cs="Arial"/>
          <w:sz w:val="24"/>
          <w:rtl/>
          <w:szCs w:val="24"/>
        </w:rPr>
        <w:t xml:space="preserve">   ◯ ב. נוסעת</w:t>
      </w:r>
    </w:p>
    <w:p>
      <w:pPr>
        <w:bidi/>
        <w:jc w:val="right"/>
      </w:pPr>
      <w:r>
        <w:rPr>
          <w:rFonts w:ascii="Arial" w:hAnsi="Arial" w:cs="Arial"/>
          <w:sz w:val="24"/>
          <w:rtl/>
          <w:szCs w:val="24"/>
        </w:rPr>
        <w:t xml:space="preserve">   ◯ ג. אוהבת</w:t>
      </w:r>
    </w:p>
    <w:p>
      <w:pPr>
        <w:bidi/>
        <w:jc w:val="right"/>
      </w:pPr>
      <w:r>
        <w:rPr>
          <w:rFonts w:ascii="Arial" w:hAnsi="Arial" w:cs="Arial"/>
          <w:sz w:val="24"/>
          <w:rtl/>
          <w:szCs w:val="24"/>
        </w:rPr>
        <w:t xml:space="preserve">   ◯ ד. עלתה</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עלתה בעבר; השאר בהווה</w:t>
      </w:r>
    </w:p>
    <w:p>
      <w:pPr>
        <w:bidi/>
        <w:jc w:val="right"/>
      </w:pPr>
      <w:r>
        <w:rPr>
          <w:rFonts w:ascii="Arial" w:hAnsi="Arial" w:cs="Arial"/>
          <w:sz w:val="24"/>
          <w:rtl/>
          <w:szCs w:val="24"/>
        </w:rPr>
        <w:t xml:space="preserve">   ◯ ב. עלתה מילה ארוכה</w:t>
      </w:r>
    </w:p>
    <w:p>
      <w:pPr>
        <w:bidi/>
        <w:jc w:val="right"/>
      </w:pPr>
      <w:r>
        <w:rPr>
          <w:rFonts w:ascii="Arial" w:hAnsi="Arial" w:cs="Arial"/>
          <w:sz w:val="24"/>
          <w:rtl/>
          <w:szCs w:val="24"/>
        </w:rPr>
        <w:t xml:space="preserve">   ◯ ג. עלתה מתחילה באות ע׳</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4"/>
          <w:rtl/>
          <w:szCs w:val="24"/>
          <w:bCs/>
        </w:rPr>
        <w:t>1. מה הרעיון המרכזי של הטקסט ״פעם באתיופיה״?</w:t>
      </w:r>
    </w:p>
    <w:p>
      <w:pPr>
        <w:bidi/>
        <w:jc w:val="right"/>
      </w:pPr>
      <w:r>
        <w:rPr>
          <w:rFonts w:ascii="Arial" w:hAnsi="Arial" w:cs="Arial"/>
          <w:sz w:val="24"/>
          <w:rtl/>
          <w:szCs w:val="24"/>
        </w:rPr>
        <w:t xml:space="preserve">   ◯ א. אוכל בחג</w:t>
      </w:r>
    </w:p>
    <w:p>
      <w:pPr>
        <w:bidi/>
        <w:jc w:val="right"/>
      </w:pPr>
      <w:r>
        <w:rPr>
          <w:rFonts w:ascii="Arial" w:hAnsi="Arial" w:cs="Arial"/>
          <w:sz w:val="24"/>
          <w:rtl/>
          <w:szCs w:val="24"/>
        </w:rPr>
        <w:t xml:space="preserve">   ◯ ב. תפילה וגעגוע לירושלים</w:t>
      </w:r>
    </w:p>
    <w:p>
      <w:pPr>
        <w:bidi/>
        <w:jc w:val="right"/>
      </w:pPr>
      <w:r>
        <w:rPr>
          <w:rFonts w:ascii="Arial" w:hAnsi="Arial" w:cs="Arial"/>
          <w:sz w:val="24"/>
          <w:rtl/>
          <w:szCs w:val="24"/>
        </w:rPr>
        <w:t xml:space="preserve">   ◯ ג. מזג האוויר</w:t>
      </w:r>
    </w:p>
    <w:p>
      <w:pPr>
        <w:bidi/>
        <w:jc w:val="right"/>
      </w:pPr>
      <w:r>
        <w:rPr>
          <w:rFonts w:ascii="Arial" w:hAnsi="Arial" w:cs="Arial"/>
          <w:sz w:val="24"/>
          <w:rtl/>
          <w:szCs w:val="24"/>
        </w:rPr>
        <w:t xml:space="preserve">   ◯ ד. משחקים של ילדים</w:t>
      </w:r>
    </w:p>
    <w:p>
      <w:pPr>
        <w:bidi/>
        <w:jc w:val="right"/>
      </w:pPr>
      <w:r>
        <w:rPr>
          <w:rFonts w:ascii="Arial" w:hAnsi="Arial" w:cs="Arial"/>
          <w:b/>
          <w:sz w:val="24"/>
          <w:rtl/>
          <w:szCs w:val="24"/>
          <w:bCs/>
        </w:rPr>
        <w:t>2. מה תפקיד המשפט ״הגעגוע הפך לשמחה״?</w:t>
      </w:r>
    </w:p>
    <w:p>
      <w:pPr>
        <w:bidi/>
        <w:jc w:val="right"/>
      </w:pPr>
      <w:r>
        <w:rPr>
          <w:rFonts w:ascii="Arial" w:hAnsi="Arial" w:cs="Arial"/>
          <w:sz w:val="24"/>
          <w:rtl/>
          <w:szCs w:val="24"/>
        </w:rPr>
        <w:t xml:space="preserve">   ◯ א. הוא מסכם את השינוי</w:t>
      </w:r>
    </w:p>
    <w:p>
      <w:pPr>
        <w:bidi/>
        <w:jc w:val="right"/>
      </w:pPr>
      <w:r>
        <w:rPr>
          <w:rFonts w:ascii="Arial" w:hAnsi="Arial" w:cs="Arial"/>
          <w:sz w:val="24"/>
          <w:rtl/>
          <w:szCs w:val="24"/>
        </w:rPr>
        <w:t xml:space="preserve">   ◯ ב. הוא נותן מספר</w:t>
      </w:r>
    </w:p>
    <w:p>
      <w:pPr>
        <w:bidi/>
        <w:jc w:val="right"/>
      </w:pPr>
      <w:r>
        <w:rPr>
          <w:rFonts w:ascii="Arial" w:hAnsi="Arial" w:cs="Arial"/>
          <w:sz w:val="24"/>
          <w:rtl/>
          <w:szCs w:val="24"/>
        </w:rPr>
        <w:t xml:space="preserve">   ◯ ג. הוא שואל שאלה</w:t>
      </w:r>
    </w:p>
    <w:p>
      <w:pPr>
        <w:bidi/>
        <w:jc w:val="right"/>
      </w:pPr>
      <w:r>
        <w:rPr>
          <w:rFonts w:ascii="Arial" w:hAnsi="Arial" w:cs="Arial"/>
          <w:sz w:val="24"/>
          <w:rtl/>
          <w:szCs w:val="24"/>
        </w:rPr>
        <w:t xml:space="preserve">   ◯ ד. הוא מתאר את ההר</w:t>
      </w:r>
    </w:p>
    <w:p>
      <w:pPr>
        <w:bidi/>
        <w:jc w:val="right"/>
      </w:pPr>
      <w:r>
        <w:rPr>
          <w:rFonts w:ascii="Arial" w:hAnsi="Arial" w:cs="Arial"/>
          <w:b/>
          <w:sz w:val="24"/>
          <w:rtl/>
          <w:szCs w:val="24"/>
          <w:bCs/>
        </w:rPr>
        <w:t>3. מה מראה המילה ״אבל״ במשפט ״הדרך קשה, אבל ממשיכים״?</w:t>
      </w:r>
    </w:p>
    <w:p>
      <w:pPr>
        <w:bidi/>
        <w:jc w:val="right"/>
      </w:pPr>
      <w:r>
        <w:rPr>
          <w:rFonts w:ascii="Arial" w:hAnsi="Arial" w:cs="Arial"/>
          <w:sz w:val="24"/>
          <w:rtl/>
          <w:szCs w:val="24"/>
        </w:rPr>
        <w:t xml:space="preserve">   ◯ א. סיבה</w:t>
      </w:r>
    </w:p>
    <w:p>
      <w:pPr>
        <w:bidi/>
        <w:jc w:val="right"/>
      </w:pPr>
      <w:r>
        <w:rPr>
          <w:rFonts w:ascii="Arial" w:hAnsi="Arial" w:cs="Arial"/>
          <w:sz w:val="24"/>
          <w:rtl/>
          <w:szCs w:val="24"/>
        </w:rPr>
        <w:t xml:space="preserve">   ◯ ב. זמן</w:t>
      </w:r>
    </w:p>
    <w:p>
      <w:pPr>
        <w:bidi/>
        <w:jc w:val="right"/>
      </w:pPr>
      <w:r>
        <w:rPr>
          <w:rFonts w:ascii="Arial" w:hAnsi="Arial" w:cs="Arial"/>
          <w:sz w:val="24"/>
          <w:rtl/>
          <w:szCs w:val="24"/>
        </w:rPr>
        <w:t xml:space="preserve">   ◯ ג. ניגוד</w:t>
      </w:r>
    </w:p>
    <w:p>
      <w:pPr>
        <w:bidi/>
        <w:jc w:val="right"/>
      </w:pPr>
      <w:r>
        <w:rPr>
          <w:rFonts w:ascii="Arial" w:hAnsi="Arial" w:cs="Arial"/>
          <w:sz w:val="24"/>
          <w:rtl/>
          <w:szCs w:val="24"/>
        </w:rPr>
        <w:t xml:space="preserve">   ◯ ד. מקום</w:t>
      </w:r>
    </w:p>
    <w:p>
      <w:pPr>
        <w:bidi/>
        <w:jc w:val="right"/>
      </w:pPr>
      <w:r>
        <w:rPr>
          <w:rFonts w:ascii="Arial" w:hAnsi="Arial" w:cs="Arial"/>
          <w:b/>
          <w:sz w:val="24"/>
          <w:rtl/>
          <w:szCs w:val="24"/>
          <w:bCs/>
        </w:rPr>
        <w:t>4. מה דומה בשני הטקסטים?</w:t>
      </w:r>
    </w:p>
    <w:p>
      <w:pPr>
        <w:bidi/>
        <w:jc w:val="right"/>
      </w:pPr>
      <w:r>
        <w:rPr>
          <w:rFonts w:ascii="Arial" w:hAnsi="Arial" w:cs="Arial"/>
          <w:sz w:val="24"/>
          <w:rtl/>
          <w:szCs w:val="24"/>
        </w:rPr>
        <w:t xml:space="preserve">   ◯ א. בשניהם יש ים</w:t>
      </w:r>
    </w:p>
    <w:p>
      <w:pPr>
        <w:bidi/>
        <w:jc w:val="right"/>
      </w:pPr>
      <w:r>
        <w:rPr>
          <w:rFonts w:ascii="Arial" w:hAnsi="Arial" w:cs="Arial"/>
          <w:sz w:val="24"/>
          <w:rtl/>
          <w:szCs w:val="24"/>
        </w:rPr>
        <w:t xml:space="preserve">   ◯ ב. בשניהם אוכלים בבוקר</w:t>
      </w:r>
    </w:p>
    <w:p>
      <w:pPr>
        <w:bidi/>
        <w:jc w:val="right"/>
      </w:pPr>
      <w:r>
        <w:rPr>
          <w:rFonts w:ascii="Arial" w:hAnsi="Arial" w:cs="Arial"/>
          <w:sz w:val="24"/>
          <w:rtl/>
          <w:szCs w:val="24"/>
        </w:rPr>
        <w:t xml:space="preserve">   ◯ ג. בשניהם אין קסים</w:t>
      </w:r>
    </w:p>
    <w:p>
      <w:pPr>
        <w:bidi/>
        <w:jc w:val="right"/>
      </w:pPr>
      <w:r>
        <w:rPr>
          <w:rFonts w:ascii="Arial" w:hAnsi="Arial" w:cs="Arial"/>
          <w:sz w:val="24"/>
          <w:rtl/>
          <w:szCs w:val="24"/>
        </w:rPr>
        <w:t xml:space="preserve">   ◯ ד. בשניהם הולכים למקום גבוה</w:t>
      </w:r>
    </w:p>
    <w:p>
      <w:pPr>
        <w:bidi/>
        <w:jc w:val="right"/>
      </w:pPr>
      <w:r>
        <w:rPr>
          <w:rFonts w:ascii="Arial" w:hAnsi="Arial" w:cs="Arial"/>
          <w:b/>
          <w:sz w:val="24"/>
          <w:rtl/>
          <w:szCs w:val="24"/>
          <w:bCs/>
        </w:rPr>
        <w:t>5. מה המשפט הראשון בכל טקסט עושה?</w:t>
      </w:r>
    </w:p>
    <w:p>
      <w:pPr>
        <w:bidi/>
        <w:jc w:val="right"/>
      </w:pPr>
      <w:r>
        <w:rPr>
          <w:rFonts w:ascii="Arial" w:hAnsi="Arial" w:cs="Arial"/>
          <w:sz w:val="24"/>
          <w:rtl/>
          <w:szCs w:val="24"/>
        </w:rPr>
        <w:t xml:space="preserve">   ◯ א. נותן סוף לסיפור</w:t>
      </w:r>
    </w:p>
    <w:p>
      <w:pPr>
        <w:bidi/>
        <w:jc w:val="right"/>
      </w:pPr>
      <w:r>
        <w:rPr>
          <w:rFonts w:ascii="Arial" w:hAnsi="Arial" w:cs="Arial"/>
          <w:sz w:val="24"/>
          <w:rtl/>
          <w:szCs w:val="24"/>
        </w:rPr>
        <w:t xml:space="preserve">   ◯ ב. אומר איפה הקהילה גרה</w:t>
      </w:r>
    </w:p>
    <w:p>
      <w:pPr>
        <w:bidi/>
        <w:jc w:val="right"/>
      </w:pPr>
      <w:r>
        <w:rPr>
          <w:rFonts w:ascii="Arial" w:hAnsi="Arial" w:cs="Arial"/>
          <w:sz w:val="24"/>
          <w:rtl/>
          <w:szCs w:val="24"/>
        </w:rPr>
        <w:t xml:space="preserve">   ◯ ג. מתאר אוכל</w:t>
      </w:r>
    </w:p>
    <w:p>
      <w:pPr>
        <w:bidi/>
        <w:jc w:val="right"/>
      </w:pPr>
      <w:r>
        <w:rPr>
          <w:rFonts w:ascii="Arial" w:hAnsi="Arial" w:cs="Arial"/>
          <w:sz w:val="24"/>
          <w:rtl/>
          <w:szCs w:val="24"/>
        </w:rPr>
        <w:t xml:space="preserve">   ◯ ד. נותן עצה</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היגד</w:t>
            </w:r>
          </w:p>
        </w:tc>
        <w:tc>
          <w:tcPr>
            <w:tcW w:type="dxa" w:w="3475"/>
            <w:shd w:val="clear" w:fill="E5DBFF"/>
          </w:tcPr>
          <w:p>
            <w:pPr>
              <w:bidi/>
              <w:jc w:val="right"/>
            </w:pPr>
            <w:r>
              <w:rPr>
                <w:rFonts w:ascii="Arial" w:hAnsi="Arial" w:cs="Arial"/>
                <w:b/>
                <w:sz w:val="22"/>
                <w:rtl/>
                <w:szCs w:val="22"/>
                <w:bCs/>
              </w:rPr>
              <w:t>נכון</w:t>
            </w:r>
          </w:p>
        </w:tc>
        <w:tc>
          <w:tcPr>
            <w:tcW w:type="dxa" w:w="3475"/>
            <w:shd w:val="clear" w:fill="E5DBFF"/>
          </w:tcPr>
          <w:p>
            <w:pPr>
              <w:bidi/>
              <w:jc w:val="right"/>
            </w:pPr>
            <w:r>
              <w:rPr>
                <w:rFonts w:ascii="Arial" w:hAnsi="Arial" w:cs="Arial"/>
                <w:b/>
                <w:sz w:val="22"/>
                <w:rtl/>
                <w:szCs w:val="22"/>
                <w:bCs/>
              </w:rPr>
              <w:t>לא נכון</w:t>
            </w:r>
          </w:p>
        </w:tc>
      </w:tr>
      <w:tr>
        <w:tc>
          <w:tcPr>
            <w:tcW w:type="dxa" w:w="3475"/>
          </w:tcPr>
          <w:p>
            <w:pPr>
              <w:bidi/>
              <w:jc w:val="right"/>
            </w:pPr>
            <w:r>
              <w:rPr>
                <w:rFonts w:ascii="Arial" w:hAnsi="Arial" w:cs="Arial"/>
                <w:sz w:val="22"/>
                <w:rtl/>
                <w:szCs w:val="22"/>
              </w:rPr>
              <w:t>הסיגד הוא חג של יהודי אתיופיה.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בסיגד יורדים לים.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הקסים קוראים מהאורית.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בבוקר של החג אוכלים הרבה.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הקהילה התגעגעה לירושלים.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היום חוגגים את הסיגד רק באתיופיה.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הסיגד חל בחודש חשוון.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בסיגד לובשים בגדים שחורים.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4"/>
          <w:rtl/>
          <w:szCs w:val="24"/>
        </w:rPr>
        <w:t>מחסן: אחר כך · כי · לכן · אבל · וגם</w:t>
      </w:r>
    </w:p>
    <w:p>
      <w:pPr>
        <w:bidi/>
        <w:jc w:val="right"/>
      </w:pPr>
      <w:r>
        <w:rPr>
          <w:rFonts w:ascii="Arial" w:hAnsi="Arial" w:cs="Arial"/>
          <w:b/>
          <w:color w:val="6A3FD4"/>
          <w:sz w:val="26"/>
          <w:rtl/>
          <w:szCs w:val="26"/>
          <w:bCs/>
        </w:rPr>
        <w:t>▌ השלימו</w:t>
      </w:r>
    </w:p>
    <w:p>
      <w:pPr>
        <w:bidi/>
        <w:jc w:val="right"/>
      </w:pPr>
      <w:r>
        <w:rPr>
          <w:rFonts w:ascii="Arial" w:hAnsi="Arial" w:cs="Arial"/>
          <w:sz w:val="24"/>
          <w:rtl/>
          <w:szCs w:val="24"/>
        </w:rPr>
        <w:t>הקהילה עלתה להר, (1)________ רצתה להתפלל. הדרך הייתה קשה, (2)________ אף אחד לא ויתר. הם התפללו (3)________ שרו. (4)________ ירדו וחגגו.</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4"/>
          <w:rtl/>
          <w:szCs w:val="24"/>
        </w:rPr>
        <w:t>בטקסט 4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בסיגד הקהילה עולים להר. קסים קוראים מהאורית. בערב יש ארוחה גדול. כולם שמח מאוד.</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חג</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הר</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קס</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אורית</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צום</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געגוע</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יום מיוחד ושמח.</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מקום גבוה מאוד בטבע.</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מנהיג דתי של הקהילה.</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ספר קדוש בשפת געז.</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זמן בלי אוכל ובלי מים.</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רוצים מאוד מקום או אדם רחוק.</w:t>
            </w:r>
          </w:p>
        </w:tc>
      </w:tr>
    </w:tbl>
    <w:p>
      <w:pPr>
        <w:bidi/>
        <w:jc w:val="right"/>
      </w:pPr>
    </w:p>
    <w:p>
      <w:pPr>
        <w:bidi/>
        <w:jc w:val="right"/>
      </w:pPr>
      <w:r>
        <w:rPr>
          <w:rFonts w:ascii="Arial" w:hAnsi="Arial" w:cs="Arial"/>
          <w:color w:val="888888"/>
          <w:sz w:val="22"/>
          <w:rtl/>
          <w:szCs w:val="22"/>
        </w:rPr>
        <w:t>✂ - - - - - - - - - - - - - - - - - - - - - - - - - - - - - - - -</w:t>
      </w:r>
    </w:p>
    <w:p>
      <w:pPr>
        <w:bidi/>
        <w:pStyle w:val="Heading2"/>
        <w:jc w:val="right"/>
      </w:pPr>
      <w:r>
        <w:rPr>
          <w:rFonts w:ascii="Arial" w:hAnsi="Arial" w:cs="Arial"/>
          <w:b/>
          <w:color w:val="6A3FD4"/>
          <w:sz w:val="32"/>
          <w:rtl/>
          <w:szCs w:val="32"/>
          <w:bCs/>
        </w:rPr>
        <w:t>🌍 מילון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עברית</w:t>
            </w:r>
          </w:p>
        </w:tc>
        <w:tc>
          <w:tcPr>
            <w:tcW w:type="dxa" w:w="2606"/>
            <w:shd w:val="clear" w:fill="E5DBFF"/>
          </w:tcPr>
          <w:p>
            <w:pPr>
              <w:bidi/>
              <w:jc w:val="right"/>
            </w:pPr>
            <w:r>
              <w:rPr>
                <w:rFonts w:ascii="Arial" w:hAnsi="Arial" w:cs="Arial"/>
                <w:b/>
                <w:sz w:val="22"/>
                <w:rtl/>
                <w:szCs w:val="22"/>
                <w:bCs/>
              </w:rPr>
              <w:t>English</w:t>
            </w:r>
          </w:p>
        </w:tc>
        <w:tc>
          <w:tcPr>
            <w:tcW w:type="dxa" w:w="2606"/>
            <w:shd w:val="clear" w:fill="E5DBFF"/>
          </w:tcPr>
          <w:p>
            <w:pPr>
              <w:bidi/>
              <w:jc w:val="right"/>
            </w:pPr>
            <w:r>
              <w:rPr>
                <w:rFonts w:ascii="Arial" w:hAnsi="Arial" w:cs="Arial"/>
                <w:b/>
                <w:sz w:val="22"/>
                <w:rtl/>
                <w:szCs w:val="22"/>
                <w:bCs/>
              </w:rPr>
              <w:t>Русский</w:t>
            </w:r>
          </w:p>
        </w:tc>
        <w:tc>
          <w:tcPr>
            <w:tcW w:type="dxa" w:w="2606"/>
            <w:shd w:val="clear" w:fill="E5DBFF"/>
          </w:tcPr>
          <w:p>
            <w:pPr>
              <w:bidi/>
              <w:jc w:val="right"/>
            </w:pPr>
            <w:r>
              <w:rPr>
                <w:rFonts w:ascii="Arial" w:hAnsi="Arial" w:cs="Arial"/>
                <w:b/>
                <w:sz w:val="22"/>
                <w:rtl/>
                <w:szCs w:val="22"/>
                <w:bCs/>
              </w:rPr>
              <w:t>العربية</w:t>
            </w:r>
          </w:p>
        </w:tc>
      </w:tr>
      <w:tr>
        <w:tc>
          <w:tcPr>
            <w:tcW w:type="dxa" w:w="2606"/>
          </w:tcPr>
          <w:p>
            <w:pPr>
              <w:bidi/>
              <w:jc w:val="right"/>
            </w:pPr>
            <w:r>
              <w:rPr>
                <w:rFonts w:ascii="Arial" w:hAnsi="Arial" w:cs="Arial"/>
                <w:sz w:val="22"/>
                <w:rtl/>
                <w:szCs w:val="22"/>
              </w:rPr>
              <w:t>קהילה</w:t>
            </w:r>
          </w:p>
        </w:tc>
        <w:tc>
          <w:tcPr>
            <w:tcW w:type="dxa" w:w="2606"/>
          </w:tcPr>
          <w:p>
            <w:pPr>
              <w:bidi/>
              <w:jc w:val="right"/>
            </w:pPr>
            <w:r>
              <w:rPr>
                <w:rFonts w:ascii="Arial" w:hAnsi="Arial" w:cs="Arial"/>
                <w:sz w:val="22"/>
                <w:rtl/>
                <w:szCs w:val="22"/>
              </w:rPr>
              <w:t>community</w:t>
            </w:r>
          </w:p>
        </w:tc>
        <w:tc>
          <w:tcPr>
            <w:tcW w:type="dxa" w:w="2606"/>
          </w:tcPr>
          <w:p>
            <w:pPr>
              <w:bidi/>
              <w:jc w:val="right"/>
            </w:pPr>
            <w:r>
              <w:rPr>
                <w:rFonts w:ascii="Arial" w:hAnsi="Arial" w:cs="Arial"/>
                <w:sz w:val="22"/>
                <w:rtl/>
                <w:szCs w:val="22"/>
              </w:rPr>
              <w:t>община</w:t>
            </w:r>
          </w:p>
        </w:tc>
        <w:tc>
          <w:tcPr>
            <w:tcW w:type="dxa" w:w="2606"/>
          </w:tcPr>
          <w:p>
            <w:pPr>
              <w:bidi/>
              <w:jc w:val="right"/>
            </w:pPr>
            <w:r>
              <w:rPr>
                <w:rFonts w:ascii="Arial" w:hAnsi="Arial" w:cs="Arial"/>
                <w:sz w:val="22"/>
                <w:rtl/>
                <w:szCs w:val="22"/>
              </w:rPr>
              <w:t>جماعة</w:t>
            </w:r>
          </w:p>
        </w:tc>
      </w:tr>
      <w:tr>
        <w:tc>
          <w:tcPr>
            <w:tcW w:type="dxa" w:w="2606"/>
          </w:tcPr>
          <w:p>
            <w:pPr>
              <w:bidi/>
              <w:jc w:val="right"/>
            </w:pPr>
            <w:r>
              <w:rPr>
                <w:rFonts w:ascii="Arial" w:hAnsi="Arial" w:cs="Arial"/>
                <w:sz w:val="22"/>
                <w:rtl/>
                <w:szCs w:val="22"/>
              </w:rPr>
              <w:t>השתחוות</w:t>
            </w:r>
          </w:p>
        </w:tc>
        <w:tc>
          <w:tcPr>
            <w:tcW w:type="dxa" w:w="2606"/>
          </w:tcPr>
          <w:p>
            <w:pPr>
              <w:bidi/>
              <w:jc w:val="right"/>
            </w:pPr>
            <w:r>
              <w:rPr>
                <w:rFonts w:ascii="Arial" w:hAnsi="Arial" w:cs="Arial"/>
                <w:sz w:val="22"/>
                <w:rtl/>
                <w:szCs w:val="22"/>
              </w:rPr>
              <w:t>bowing down</w:t>
            </w:r>
          </w:p>
        </w:tc>
        <w:tc>
          <w:tcPr>
            <w:tcW w:type="dxa" w:w="2606"/>
          </w:tcPr>
          <w:p>
            <w:pPr>
              <w:bidi/>
              <w:jc w:val="right"/>
            </w:pPr>
            <w:r>
              <w:rPr>
                <w:rFonts w:ascii="Arial" w:hAnsi="Arial" w:cs="Arial"/>
                <w:sz w:val="22"/>
                <w:rtl/>
                <w:szCs w:val="22"/>
              </w:rPr>
              <w:t>поклон</w:t>
            </w:r>
          </w:p>
        </w:tc>
        <w:tc>
          <w:tcPr>
            <w:tcW w:type="dxa" w:w="2606"/>
          </w:tcPr>
          <w:p>
            <w:pPr>
              <w:bidi/>
              <w:jc w:val="right"/>
            </w:pPr>
            <w:r>
              <w:rPr>
                <w:rFonts w:ascii="Arial" w:hAnsi="Arial" w:cs="Arial"/>
                <w:sz w:val="22"/>
                <w:rtl/>
                <w:szCs w:val="22"/>
              </w:rPr>
              <w:t>سجود، انحناء</w:t>
            </w:r>
          </w:p>
        </w:tc>
      </w:tr>
      <w:tr>
        <w:tc>
          <w:tcPr>
            <w:tcW w:type="dxa" w:w="2606"/>
          </w:tcPr>
          <w:p>
            <w:pPr>
              <w:bidi/>
              <w:jc w:val="right"/>
            </w:pPr>
            <w:r>
              <w:rPr>
                <w:rFonts w:ascii="Arial" w:hAnsi="Arial" w:cs="Arial"/>
                <w:sz w:val="22"/>
                <w:rtl/>
                <w:szCs w:val="22"/>
              </w:rPr>
              <w:t>הר</w:t>
            </w:r>
          </w:p>
        </w:tc>
        <w:tc>
          <w:tcPr>
            <w:tcW w:type="dxa" w:w="2606"/>
          </w:tcPr>
          <w:p>
            <w:pPr>
              <w:bidi/>
              <w:jc w:val="right"/>
            </w:pPr>
            <w:r>
              <w:rPr>
                <w:rFonts w:ascii="Arial" w:hAnsi="Arial" w:cs="Arial"/>
                <w:sz w:val="22"/>
                <w:rtl/>
                <w:szCs w:val="22"/>
              </w:rPr>
              <w:t>mountain</w:t>
            </w:r>
          </w:p>
        </w:tc>
        <w:tc>
          <w:tcPr>
            <w:tcW w:type="dxa" w:w="2606"/>
          </w:tcPr>
          <w:p>
            <w:pPr>
              <w:bidi/>
              <w:jc w:val="right"/>
            </w:pPr>
            <w:r>
              <w:rPr>
                <w:rFonts w:ascii="Arial" w:hAnsi="Arial" w:cs="Arial"/>
                <w:sz w:val="22"/>
                <w:rtl/>
                <w:szCs w:val="22"/>
              </w:rPr>
              <w:t>гора</w:t>
            </w:r>
          </w:p>
        </w:tc>
        <w:tc>
          <w:tcPr>
            <w:tcW w:type="dxa" w:w="2606"/>
          </w:tcPr>
          <w:p>
            <w:pPr>
              <w:bidi/>
              <w:jc w:val="right"/>
            </w:pPr>
            <w:r>
              <w:rPr>
                <w:rFonts w:ascii="Arial" w:hAnsi="Arial" w:cs="Arial"/>
                <w:sz w:val="22"/>
                <w:rtl/>
                <w:szCs w:val="22"/>
              </w:rPr>
              <w:t>جبل</w:t>
            </w:r>
          </w:p>
        </w:tc>
      </w:tr>
      <w:tr>
        <w:tc>
          <w:tcPr>
            <w:tcW w:type="dxa" w:w="2606"/>
          </w:tcPr>
          <w:p>
            <w:pPr>
              <w:bidi/>
              <w:jc w:val="right"/>
            </w:pPr>
            <w:r>
              <w:rPr>
                <w:rFonts w:ascii="Arial" w:hAnsi="Arial" w:cs="Arial"/>
                <w:sz w:val="22"/>
                <w:rtl/>
                <w:szCs w:val="22"/>
              </w:rPr>
              <w:t>צמו</w:t>
            </w:r>
          </w:p>
        </w:tc>
        <w:tc>
          <w:tcPr>
            <w:tcW w:type="dxa" w:w="2606"/>
          </w:tcPr>
          <w:p>
            <w:pPr>
              <w:bidi/>
              <w:jc w:val="right"/>
            </w:pPr>
            <w:r>
              <w:rPr>
                <w:rFonts w:ascii="Arial" w:hAnsi="Arial" w:cs="Arial"/>
                <w:sz w:val="22"/>
                <w:rtl/>
                <w:szCs w:val="22"/>
              </w:rPr>
              <w:t>fasted</w:t>
            </w:r>
          </w:p>
        </w:tc>
        <w:tc>
          <w:tcPr>
            <w:tcW w:type="dxa" w:w="2606"/>
          </w:tcPr>
          <w:p>
            <w:pPr>
              <w:bidi/>
              <w:jc w:val="right"/>
            </w:pPr>
            <w:r>
              <w:rPr>
                <w:rFonts w:ascii="Arial" w:hAnsi="Arial" w:cs="Arial"/>
                <w:sz w:val="22"/>
                <w:rtl/>
                <w:szCs w:val="22"/>
              </w:rPr>
              <w:t>постились</w:t>
            </w:r>
          </w:p>
        </w:tc>
        <w:tc>
          <w:tcPr>
            <w:tcW w:type="dxa" w:w="2606"/>
          </w:tcPr>
          <w:p>
            <w:pPr>
              <w:bidi/>
              <w:jc w:val="right"/>
            </w:pPr>
            <w:r>
              <w:rPr>
                <w:rFonts w:ascii="Arial" w:hAnsi="Arial" w:cs="Arial"/>
                <w:sz w:val="22"/>
                <w:rtl/>
                <w:szCs w:val="22"/>
              </w:rPr>
              <w:t>صاموا</w:t>
            </w:r>
          </w:p>
        </w:tc>
      </w:tr>
      <w:tr>
        <w:tc>
          <w:tcPr>
            <w:tcW w:type="dxa" w:w="2606"/>
          </w:tcPr>
          <w:p>
            <w:pPr>
              <w:bidi/>
              <w:jc w:val="right"/>
            </w:pPr>
            <w:r>
              <w:rPr>
                <w:rFonts w:ascii="Arial" w:hAnsi="Arial" w:cs="Arial"/>
                <w:sz w:val="22"/>
                <w:rtl/>
                <w:szCs w:val="22"/>
              </w:rPr>
              <w:t>הקסים</w:t>
            </w:r>
          </w:p>
        </w:tc>
        <w:tc>
          <w:tcPr>
            <w:tcW w:type="dxa" w:w="2606"/>
          </w:tcPr>
          <w:p>
            <w:pPr>
              <w:bidi/>
              <w:jc w:val="right"/>
            </w:pPr>
            <w:r>
              <w:rPr>
                <w:rFonts w:ascii="Arial" w:hAnsi="Arial" w:cs="Arial"/>
                <w:sz w:val="22"/>
                <w:rtl/>
                <w:szCs w:val="22"/>
              </w:rPr>
              <w:t>the kessim – spiritual leaders</w:t>
            </w:r>
          </w:p>
        </w:tc>
        <w:tc>
          <w:tcPr>
            <w:tcW w:type="dxa" w:w="2606"/>
          </w:tcPr>
          <w:p>
            <w:pPr>
              <w:bidi/>
              <w:jc w:val="right"/>
            </w:pPr>
            <w:r>
              <w:rPr>
                <w:rFonts w:ascii="Arial" w:hAnsi="Arial" w:cs="Arial"/>
                <w:sz w:val="22"/>
                <w:rtl/>
                <w:szCs w:val="22"/>
              </w:rPr>
              <w:t>кесы – духовные лидеры</w:t>
            </w:r>
          </w:p>
        </w:tc>
        <w:tc>
          <w:tcPr>
            <w:tcW w:type="dxa" w:w="2606"/>
          </w:tcPr>
          <w:p>
            <w:pPr>
              <w:bidi/>
              <w:jc w:val="right"/>
            </w:pPr>
            <w:r>
              <w:rPr>
                <w:rFonts w:ascii="Arial" w:hAnsi="Arial" w:cs="Arial"/>
                <w:sz w:val="22"/>
                <w:rtl/>
                <w:szCs w:val="22"/>
              </w:rPr>
              <w:t>الكِسّيم – القادة الروحيون</w:t>
            </w:r>
          </w:p>
        </w:tc>
      </w:tr>
      <w:tr>
        <w:tc>
          <w:tcPr>
            <w:tcW w:type="dxa" w:w="2606"/>
          </w:tcPr>
          <w:p>
            <w:pPr>
              <w:bidi/>
              <w:jc w:val="right"/>
            </w:pPr>
            <w:r>
              <w:rPr>
                <w:rFonts w:ascii="Arial" w:hAnsi="Arial" w:cs="Arial"/>
                <w:sz w:val="22"/>
                <w:rtl/>
                <w:szCs w:val="22"/>
              </w:rPr>
              <w:t>האורית</w:t>
            </w:r>
          </w:p>
        </w:tc>
        <w:tc>
          <w:tcPr>
            <w:tcW w:type="dxa" w:w="2606"/>
          </w:tcPr>
          <w:p>
            <w:pPr>
              <w:bidi/>
              <w:jc w:val="right"/>
            </w:pPr>
            <w:r>
              <w:rPr>
                <w:rFonts w:ascii="Arial" w:hAnsi="Arial" w:cs="Arial"/>
                <w:sz w:val="22"/>
                <w:rtl/>
                <w:szCs w:val="22"/>
              </w:rPr>
              <w:t>the Orit – holy scriptures</w:t>
            </w:r>
          </w:p>
        </w:tc>
        <w:tc>
          <w:tcPr>
            <w:tcW w:type="dxa" w:w="2606"/>
          </w:tcPr>
          <w:p>
            <w:pPr>
              <w:bidi/>
              <w:jc w:val="right"/>
            </w:pPr>
            <w:r>
              <w:rPr>
                <w:rFonts w:ascii="Arial" w:hAnsi="Arial" w:cs="Arial"/>
                <w:sz w:val="22"/>
                <w:rtl/>
                <w:szCs w:val="22"/>
              </w:rPr>
              <w:t>Орит – священные книги</w:t>
            </w:r>
          </w:p>
        </w:tc>
        <w:tc>
          <w:tcPr>
            <w:tcW w:type="dxa" w:w="2606"/>
          </w:tcPr>
          <w:p>
            <w:pPr>
              <w:bidi/>
              <w:jc w:val="right"/>
            </w:pPr>
            <w:r>
              <w:rPr>
                <w:rFonts w:ascii="Arial" w:hAnsi="Arial" w:cs="Arial"/>
                <w:sz w:val="22"/>
                <w:rtl/>
                <w:szCs w:val="22"/>
              </w:rPr>
              <w:t>الأوريت – الكتب المقدسة</w:t>
            </w:r>
          </w:p>
        </w:tc>
      </w:tr>
      <w:tr>
        <w:tc>
          <w:tcPr>
            <w:tcW w:type="dxa" w:w="2606"/>
          </w:tcPr>
          <w:p>
            <w:pPr>
              <w:bidi/>
              <w:jc w:val="right"/>
            </w:pPr>
            <w:r>
              <w:rPr>
                <w:rFonts w:ascii="Arial" w:hAnsi="Arial" w:cs="Arial"/>
                <w:sz w:val="22"/>
                <w:rtl/>
                <w:szCs w:val="22"/>
              </w:rPr>
              <w:t>טיילת</w:t>
            </w:r>
          </w:p>
        </w:tc>
        <w:tc>
          <w:tcPr>
            <w:tcW w:type="dxa" w:w="2606"/>
          </w:tcPr>
          <w:p>
            <w:pPr>
              <w:bidi/>
              <w:jc w:val="right"/>
            </w:pPr>
            <w:r>
              <w:rPr>
                <w:rFonts w:ascii="Arial" w:hAnsi="Arial" w:cs="Arial"/>
                <w:sz w:val="22"/>
                <w:rtl/>
                <w:szCs w:val="22"/>
              </w:rPr>
              <w:t>promenade</w:t>
            </w:r>
          </w:p>
        </w:tc>
        <w:tc>
          <w:tcPr>
            <w:tcW w:type="dxa" w:w="2606"/>
          </w:tcPr>
          <w:p>
            <w:pPr>
              <w:bidi/>
              <w:jc w:val="right"/>
            </w:pPr>
            <w:r>
              <w:rPr>
                <w:rFonts w:ascii="Arial" w:hAnsi="Arial" w:cs="Arial"/>
                <w:sz w:val="22"/>
                <w:rtl/>
                <w:szCs w:val="22"/>
              </w:rPr>
              <w:t>набережная, променад</w:t>
            </w:r>
          </w:p>
        </w:tc>
        <w:tc>
          <w:tcPr>
            <w:tcW w:type="dxa" w:w="2606"/>
          </w:tcPr>
          <w:p>
            <w:pPr>
              <w:bidi/>
              <w:jc w:val="right"/>
            </w:pPr>
            <w:r>
              <w:rPr>
                <w:rFonts w:ascii="Arial" w:hAnsi="Arial" w:cs="Arial"/>
                <w:sz w:val="22"/>
                <w:rtl/>
                <w:szCs w:val="22"/>
              </w:rPr>
              <w:t>ممشى، كورنيش</w:t>
            </w:r>
          </w:p>
        </w:tc>
      </w:tr>
      <w:tr>
        <w:tc>
          <w:tcPr>
            <w:tcW w:type="dxa" w:w="2606"/>
          </w:tcPr>
          <w:p>
            <w:pPr>
              <w:bidi/>
              <w:jc w:val="right"/>
            </w:pPr>
            <w:r>
              <w:rPr>
                <w:rFonts w:ascii="Arial" w:hAnsi="Arial" w:cs="Arial"/>
                <w:sz w:val="22"/>
                <w:rtl/>
                <w:szCs w:val="22"/>
              </w:rPr>
              <w:t>הזמנה</w:t>
            </w:r>
          </w:p>
        </w:tc>
        <w:tc>
          <w:tcPr>
            <w:tcW w:type="dxa" w:w="2606"/>
          </w:tcPr>
          <w:p>
            <w:pPr>
              <w:bidi/>
              <w:jc w:val="right"/>
            </w:pPr>
            <w:r>
              <w:rPr>
                <w:rFonts w:ascii="Arial" w:hAnsi="Arial" w:cs="Arial"/>
                <w:sz w:val="22"/>
                <w:rtl/>
                <w:szCs w:val="22"/>
              </w:rPr>
              <w:t>invitation</w:t>
            </w:r>
          </w:p>
        </w:tc>
        <w:tc>
          <w:tcPr>
            <w:tcW w:type="dxa" w:w="2606"/>
          </w:tcPr>
          <w:p>
            <w:pPr>
              <w:bidi/>
              <w:jc w:val="right"/>
            </w:pPr>
            <w:r>
              <w:rPr>
                <w:rFonts w:ascii="Arial" w:hAnsi="Arial" w:cs="Arial"/>
                <w:sz w:val="22"/>
                <w:rtl/>
                <w:szCs w:val="22"/>
              </w:rPr>
              <w:t>приглашение</w:t>
            </w:r>
          </w:p>
        </w:tc>
        <w:tc>
          <w:tcPr>
            <w:tcW w:type="dxa" w:w="2606"/>
          </w:tcPr>
          <w:p>
            <w:pPr>
              <w:bidi/>
              <w:jc w:val="right"/>
            </w:pPr>
            <w:r>
              <w:rPr>
                <w:rFonts w:ascii="Arial" w:hAnsi="Arial" w:cs="Arial"/>
                <w:sz w:val="22"/>
                <w:rtl/>
                <w:szCs w:val="22"/>
              </w:rPr>
              <w:t>دعوة</w:t>
            </w:r>
          </w:p>
        </w:tc>
      </w:tr>
      <w:tr>
        <w:tc>
          <w:tcPr>
            <w:tcW w:type="dxa" w:w="2606"/>
          </w:tcPr>
          <w:p>
            <w:pPr>
              <w:bidi/>
              <w:jc w:val="right"/>
            </w:pPr>
            <w:r>
              <w:rPr>
                <w:rFonts w:ascii="Arial" w:hAnsi="Arial" w:cs="Arial"/>
                <w:sz w:val="22"/>
                <w:rtl/>
                <w:szCs w:val="22"/>
              </w:rPr>
              <w:t>פתק</w:t>
            </w:r>
          </w:p>
        </w:tc>
        <w:tc>
          <w:tcPr>
            <w:tcW w:type="dxa" w:w="2606"/>
          </w:tcPr>
          <w:p>
            <w:pPr>
              <w:bidi/>
              <w:jc w:val="right"/>
            </w:pPr>
            <w:r>
              <w:rPr>
                <w:rFonts w:ascii="Arial" w:hAnsi="Arial" w:cs="Arial"/>
                <w:sz w:val="22"/>
                <w:rtl/>
                <w:szCs w:val="22"/>
              </w:rPr>
              <w:t>note</w:t>
            </w:r>
          </w:p>
        </w:tc>
        <w:tc>
          <w:tcPr>
            <w:tcW w:type="dxa" w:w="2606"/>
          </w:tcPr>
          <w:p>
            <w:pPr>
              <w:bidi/>
              <w:jc w:val="right"/>
            </w:pPr>
            <w:r>
              <w:rPr>
                <w:rFonts w:ascii="Arial" w:hAnsi="Arial" w:cs="Arial"/>
                <w:sz w:val="22"/>
                <w:rtl/>
                <w:szCs w:val="22"/>
              </w:rPr>
              <w:t>записка</w:t>
            </w:r>
          </w:p>
        </w:tc>
        <w:tc>
          <w:tcPr>
            <w:tcW w:type="dxa" w:w="2606"/>
          </w:tcPr>
          <w:p>
            <w:pPr>
              <w:bidi/>
              <w:jc w:val="right"/>
            </w:pPr>
            <w:r>
              <w:rPr>
                <w:rFonts w:ascii="Arial" w:hAnsi="Arial" w:cs="Arial"/>
                <w:sz w:val="22"/>
                <w:rtl/>
                <w:szCs w:val="22"/>
              </w:rPr>
              <w:t>ورقة ملاحظة</w:t>
            </w:r>
          </w:p>
        </w:tc>
      </w:tr>
      <w:tr>
        <w:tc>
          <w:tcPr>
            <w:tcW w:type="dxa" w:w="2606"/>
          </w:tcPr>
          <w:p>
            <w:pPr>
              <w:bidi/>
              <w:jc w:val="right"/>
            </w:pPr>
            <w:r>
              <w:rPr>
                <w:rFonts w:ascii="Arial" w:hAnsi="Arial" w:cs="Arial"/>
                <w:sz w:val="22"/>
                <w:rtl/>
                <w:szCs w:val="22"/>
              </w:rPr>
              <w:t>מתגעגע</w:t>
            </w:r>
          </w:p>
        </w:tc>
        <w:tc>
          <w:tcPr>
            <w:tcW w:type="dxa" w:w="2606"/>
          </w:tcPr>
          <w:p>
            <w:pPr>
              <w:bidi/>
              <w:jc w:val="right"/>
            </w:pPr>
            <w:r>
              <w:rPr>
                <w:rFonts w:ascii="Arial" w:hAnsi="Arial" w:cs="Arial"/>
                <w:sz w:val="22"/>
                <w:rtl/>
                <w:szCs w:val="22"/>
              </w:rPr>
              <w:t>miss, long for</w:t>
            </w:r>
          </w:p>
        </w:tc>
        <w:tc>
          <w:tcPr>
            <w:tcW w:type="dxa" w:w="2606"/>
          </w:tcPr>
          <w:p>
            <w:pPr>
              <w:bidi/>
              <w:jc w:val="right"/>
            </w:pPr>
            <w:r>
              <w:rPr>
                <w:rFonts w:ascii="Arial" w:hAnsi="Arial" w:cs="Arial"/>
                <w:sz w:val="22"/>
                <w:rtl/>
                <w:szCs w:val="22"/>
              </w:rPr>
              <w:t>скучаю</w:t>
            </w:r>
          </w:p>
        </w:tc>
        <w:tc>
          <w:tcPr>
            <w:tcW w:type="dxa" w:w="2606"/>
          </w:tcPr>
          <w:p>
            <w:pPr>
              <w:bidi/>
              <w:jc w:val="right"/>
            </w:pPr>
            <w:r>
              <w:rPr>
                <w:rFonts w:ascii="Arial" w:hAnsi="Arial" w:cs="Arial"/>
                <w:sz w:val="22"/>
                <w:rtl/>
                <w:szCs w:val="22"/>
              </w:rPr>
              <w:t>أشتاق</w:t>
            </w:r>
          </w:p>
        </w:tc>
      </w:tr>
      <w:tr>
        <w:tc>
          <w:tcPr>
            <w:tcW w:type="dxa" w:w="2606"/>
          </w:tcPr>
          <w:p>
            <w:pPr>
              <w:bidi/>
              <w:jc w:val="right"/>
            </w:pPr>
            <w:r>
              <w:rPr>
                <w:rFonts w:ascii="Arial" w:hAnsi="Arial" w:cs="Arial"/>
                <w:sz w:val="22"/>
                <w:rtl/>
                <w:szCs w:val="22"/>
              </w:rPr>
              <w:t>התפללו</w:t>
            </w:r>
          </w:p>
        </w:tc>
        <w:tc>
          <w:tcPr>
            <w:tcW w:type="dxa" w:w="2606"/>
          </w:tcPr>
          <w:p>
            <w:pPr>
              <w:bidi/>
              <w:jc w:val="right"/>
            </w:pPr>
            <w:r>
              <w:rPr>
                <w:rFonts w:ascii="Arial" w:hAnsi="Arial" w:cs="Arial"/>
                <w:sz w:val="22"/>
                <w:rtl/>
                <w:szCs w:val="22"/>
              </w:rPr>
              <w:t>prayed</w:t>
            </w:r>
          </w:p>
        </w:tc>
        <w:tc>
          <w:tcPr>
            <w:tcW w:type="dxa" w:w="2606"/>
          </w:tcPr>
          <w:p>
            <w:pPr>
              <w:bidi/>
              <w:jc w:val="right"/>
            </w:pPr>
            <w:r>
              <w:rPr>
                <w:rFonts w:ascii="Arial" w:hAnsi="Arial" w:cs="Arial"/>
                <w:sz w:val="22"/>
                <w:rtl/>
                <w:szCs w:val="22"/>
              </w:rPr>
              <w:t>молились</w:t>
            </w:r>
          </w:p>
        </w:tc>
        <w:tc>
          <w:tcPr>
            <w:tcW w:type="dxa" w:w="2606"/>
          </w:tcPr>
          <w:p>
            <w:pPr>
              <w:bidi/>
              <w:jc w:val="right"/>
            </w:pPr>
            <w:r>
              <w:rPr>
                <w:rFonts w:ascii="Arial" w:hAnsi="Arial" w:cs="Arial"/>
                <w:sz w:val="22"/>
                <w:rtl/>
                <w:szCs w:val="22"/>
              </w:rPr>
              <w:t>صلّوا</w:t>
            </w:r>
          </w:p>
        </w:tc>
      </w:tr>
      <w:tr>
        <w:tc>
          <w:tcPr>
            <w:tcW w:type="dxa" w:w="2606"/>
          </w:tcPr>
          <w:p>
            <w:pPr>
              <w:bidi/>
              <w:jc w:val="right"/>
            </w:pPr>
            <w:r>
              <w:rPr>
                <w:rFonts w:ascii="Arial" w:hAnsi="Arial" w:cs="Arial"/>
                <w:sz w:val="22"/>
                <w:rtl/>
                <w:szCs w:val="22"/>
              </w:rPr>
              <w:t>הצהריים</w:t>
            </w:r>
          </w:p>
        </w:tc>
        <w:tc>
          <w:tcPr>
            <w:tcW w:type="dxa" w:w="2606"/>
          </w:tcPr>
          <w:p>
            <w:pPr>
              <w:bidi/>
              <w:jc w:val="right"/>
            </w:pPr>
            <w:r>
              <w:rPr>
                <w:rFonts w:ascii="Arial" w:hAnsi="Arial" w:cs="Arial"/>
                <w:sz w:val="22"/>
                <w:rtl/>
                <w:szCs w:val="22"/>
              </w:rPr>
              <w:t>noon</w:t>
            </w:r>
          </w:p>
        </w:tc>
        <w:tc>
          <w:tcPr>
            <w:tcW w:type="dxa" w:w="2606"/>
          </w:tcPr>
          <w:p>
            <w:pPr>
              <w:bidi/>
              <w:jc w:val="right"/>
            </w:pPr>
            <w:r>
              <w:rPr>
                <w:rFonts w:ascii="Arial" w:hAnsi="Arial" w:cs="Arial"/>
                <w:sz w:val="22"/>
                <w:rtl/>
                <w:szCs w:val="22"/>
              </w:rPr>
              <w:t>полдень</w:t>
            </w:r>
          </w:p>
        </w:tc>
        <w:tc>
          <w:tcPr>
            <w:tcW w:type="dxa" w:w="2606"/>
          </w:tcPr>
          <w:p>
            <w:pPr>
              <w:bidi/>
              <w:jc w:val="right"/>
            </w:pPr>
            <w:r>
              <w:rPr>
                <w:rFonts w:ascii="Arial" w:hAnsi="Arial" w:cs="Arial"/>
                <w:sz w:val="22"/>
                <w:rtl/>
                <w:szCs w:val="22"/>
              </w:rPr>
              <w:t>الظهر</w:t>
            </w:r>
          </w:p>
        </w:tc>
      </w:tr>
      <w:tr>
        <w:tc>
          <w:tcPr>
            <w:tcW w:type="dxa" w:w="2606"/>
          </w:tcPr>
          <w:p>
            <w:pPr>
              <w:bidi/>
              <w:jc w:val="right"/>
            </w:pPr>
            <w:r>
              <w:rPr>
                <w:rFonts w:ascii="Arial" w:hAnsi="Arial" w:cs="Arial"/>
                <w:sz w:val="22"/>
                <w:rtl/>
                <w:szCs w:val="22"/>
              </w:rPr>
              <w:t>חוגגים</w:t>
            </w:r>
          </w:p>
        </w:tc>
        <w:tc>
          <w:tcPr>
            <w:tcW w:type="dxa" w:w="2606"/>
          </w:tcPr>
          <w:p>
            <w:pPr>
              <w:bidi/>
              <w:jc w:val="right"/>
            </w:pPr>
            <w:r>
              <w:rPr>
                <w:rFonts w:ascii="Arial" w:hAnsi="Arial" w:cs="Arial"/>
                <w:sz w:val="22"/>
                <w:rtl/>
                <w:szCs w:val="22"/>
              </w:rPr>
              <w:t>celebrate</w:t>
            </w:r>
          </w:p>
        </w:tc>
        <w:tc>
          <w:tcPr>
            <w:tcW w:type="dxa" w:w="2606"/>
          </w:tcPr>
          <w:p>
            <w:pPr>
              <w:bidi/>
              <w:jc w:val="right"/>
            </w:pPr>
            <w:r>
              <w:rPr>
                <w:rFonts w:ascii="Arial" w:hAnsi="Arial" w:cs="Arial"/>
                <w:sz w:val="22"/>
                <w:rtl/>
                <w:szCs w:val="22"/>
              </w:rPr>
              <w:t>празднуют</w:t>
            </w:r>
          </w:p>
        </w:tc>
        <w:tc>
          <w:tcPr>
            <w:tcW w:type="dxa" w:w="2606"/>
          </w:tcPr>
          <w:p>
            <w:pPr>
              <w:bidi/>
              <w:jc w:val="right"/>
            </w:pPr>
            <w:r>
              <w:rPr>
                <w:rFonts w:ascii="Arial" w:hAnsi="Arial" w:cs="Arial"/>
                <w:sz w:val="22"/>
                <w:rtl/>
                <w:szCs w:val="22"/>
              </w:rPr>
              <w:t>يحتفلون</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משהו אחד שלמדתי היום: ______________________</w:t>
      </w:r>
    </w:p>
    <w:p>
      <w:pPr>
        <w:bidi/>
        <w:jc w:val="right"/>
      </w:pPr>
      <w:r>
        <w:rPr>
          <w:rFonts w:ascii="Arial" w:hAnsi="Arial" w:cs="Arial"/>
          <w:sz w:val="24"/>
          <w:rtl/>
          <w:szCs w:val="24"/>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חג הסיגד · חט״ב – עולים חדשים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